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78C6A" w14:textId="77777777" w:rsidR="00BE4ADA" w:rsidRPr="00BE4ADA" w:rsidRDefault="00BE4ADA">
      <w:pPr>
        <w:jc w:val="center"/>
        <w:rPr>
          <w:b/>
          <w:sz w:val="28"/>
          <w:lang w:val="pl-PL"/>
        </w:rPr>
      </w:pPr>
    </w:p>
    <w:p w14:paraId="53848CAA" w14:textId="514C32D9" w:rsidR="00741DF2" w:rsidRPr="00BE4ADA" w:rsidRDefault="00000000">
      <w:pPr>
        <w:jc w:val="center"/>
        <w:rPr>
          <w:lang w:val="pl-PL"/>
        </w:rPr>
      </w:pPr>
      <w:r w:rsidRPr="00BE4ADA">
        <w:rPr>
          <w:b/>
          <w:sz w:val="28"/>
          <w:lang w:val="pl-PL"/>
        </w:rPr>
        <w:t>LISTA OBECNOŚCI Z WIZJI LOKALNEJ</w:t>
      </w:r>
    </w:p>
    <w:p w14:paraId="1F152A34" w14:textId="77777777" w:rsidR="00741DF2" w:rsidRPr="00BE4ADA" w:rsidRDefault="00000000">
      <w:pPr>
        <w:spacing w:after="40"/>
        <w:rPr>
          <w:lang w:val="pl-PL"/>
        </w:rPr>
      </w:pPr>
      <w:r w:rsidRPr="00BE4ADA">
        <w:rPr>
          <w:b/>
          <w:lang w:val="pl-PL"/>
        </w:rPr>
        <w:t xml:space="preserve">Postępowanie o udzielenie zamówienia: </w:t>
      </w:r>
      <w:r w:rsidRPr="00BE4ADA">
        <w:rPr>
          <w:lang w:val="pl-PL"/>
        </w:rPr>
        <w:t>........................................................................................................</w:t>
      </w:r>
    </w:p>
    <w:p w14:paraId="0A00DB92" w14:textId="77777777" w:rsidR="00741DF2" w:rsidRPr="00BE4ADA" w:rsidRDefault="00000000">
      <w:pPr>
        <w:spacing w:after="40"/>
        <w:rPr>
          <w:lang w:val="pl-PL"/>
        </w:rPr>
      </w:pPr>
      <w:r w:rsidRPr="00BE4ADA">
        <w:rPr>
          <w:b/>
          <w:lang w:val="pl-PL"/>
        </w:rPr>
        <w:t xml:space="preserve">Nazwa zamówienia: </w:t>
      </w:r>
      <w:r w:rsidRPr="00BE4ADA">
        <w:rPr>
          <w:lang w:val="pl-PL"/>
        </w:rPr>
        <w:t>........................................................................................................</w:t>
      </w:r>
    </w:p>
    <w:p w14:paraId="5DF418E0" w14:textId="77777777" w:rsidR="00741DF2" w:rsidRPr="00BE4ADA" w:rsidRDefault="00000000">
      <w:pPr>
        <w:spacing w:after="40"/>
        <w:rPr>
          <w:lang w:val="pl-PL"/>
        </w:rPr>
      </w:pPr>
      <w:r w:rsidRPr="00BE4ADA">
        <w:rPr>
          <w:b/>
          <w:lang w:val="pl-PL"/>
        </w:rPr>
        <w:t xml:space="preserve">Data wizji lokalnej: </w:t>
      </w:r>
      <w:r w:rsidRPr="00BE4ADA">
        <w:rPr>
          <w:lang w:val="pl-PL"/>
        </w:rPr>
        <w:t>........................................................................................................</w:t>
      </w:r>
    </w:p>
    <w:p w14:paraId="786B22FC" w14:textId="77777777" w:rsidR="00741DF2" w:rsidRDefault="00000000">
      <w:pPr>
        <w:spacing w:after="40"/>
      </w:pPr>
      <w:proofErr w:type="spellStart"/>
      <w:r>
        <w:rPr>
          <w:b/>
        </w:rPr>
        <w:t>Miejsce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wizji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lokalnej</w:t>
      </w:r>
      <w:proofErr w:type="spellEnd"/>
      <w:r>
        <w:rPr>
          <w:b/>
        </w:rPr>
        <w:t xml:space="preserve">: </w:t>
      </w:r>
      <w:r>
        <w:t>........................................................................................................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97"/>
        <w:gridCol w:w="1701"/>
        <w:gridCol w:w="2268"/>
        <w:gridCol w:w="1531"/>
        <w:gridCol w:w="1701"/>
        <w:gridCol w:w="1247"/>
        <w:gridCol w:w="1701"/>
      </w:tblGrid>
      <w:tr w:rsidR="00741DF2" w14:paraId="2B8BB0FB" w14:textId="77777777">
        <w:trPr>
          <w:jc w:val="center"/>
        </w:trPr>
        <w:tc>
          <w:tcPr>
            <w:tcW w:w="397" w:type="dxa"/>
            <w:shd w:val="clear" w:color="auto" w:fill="D9E1F2"/>
            <w:vAlign w:val="center"/>
          </w:tcPr>
          <w:p w14:paraId="412A270A" w14:textId="77777777" w:rsidR="00741DF2" w:rsidRDefault="00000000">
            <w:pPr>
              <w:jc w:val="center"/>
            </w:pPr>
            <w:proofErr w:type="spellStart"/>
            <w:r>
              <w:rPr>
                <w:b/>
                <w:sz w:val="15"/>
              </w:rPr>
              <w:t>Lp</w:t>
            </w:r>
            <w:proofErr w:type="spellEnd"/>
            <w:r>
              <w:rPr>
                <w:b/>
                <w:sz w:val="15"/>
              </w:rPr>
              <w:t>.</w:t>
            </w:r>
          </w:p>
        </w:tc>
        <w:tc>
          <w:tcPr>
            <w:tcW w:w="1701" w:type="dxa"/>
            <w:shd w:val="clear" w:color="auto" w:fill="D9E1F2"/>
            <w:vAlign w:val="center"/>
          </w:tcPr>
          <w:p w14:paraId="09289077" w14:textId="77777777" w:rsidR="00741DF2" w:rsidRDefault="00000000">
            <w:pPr>
              <w:jc w:val="center"/>
            </w:pPr>
            <w:r>
              <w:rPr>
                <w:b/>
                <w:sz w:val="15"/>
              </w:rPr>
              <w:t xml:space="preserve">Nazwa </w:t>
            </w:r>
            <w:proofErr w:type="spellStart"/>
            <w:r>
              <w:rPr>
                <w:b/>
                <w:sz w:val="15"/>
              </w:rPr>
              <w:t>Wykonawcy</w:t>
            </w:r>
            <w:proofErr w:type="spellEnd"/>
          </w:p>
        </w:tc>
        <w:tc>
          <w:tcPr>
            <w:tcW w:w="2268" w:type="dxa"/>
            <w:shd w:val="clear" w:color="auto" w:fill="D9E1F2"/>
            <w:vAlign w:val="center"/>
          </w:tcPr>
          <w:p w14:paraId="743AD2EF" w14:textId="77777777" w:rsidR="00741DF2" w:rsidRPr="00BE4ADA" w:rsidRDefault="00000000">
            <w:pPr>
              <w:jc w:val="center"/>
              <w:rPr>
                <w:lang w:val="pl-PL"/>
              </w:rPr>
            </w:pPr>
            <w:r w:rsidRPr="00BE4ADA">
              <w:rPr>
                <w:b/>
                <w:sz w:val="15"/>
                <w:lang w:val="pl-PL"/>
              </w:rPr>
              <w:t>Imię i nazwisko uczestnika wizji</w:t>
            </w:r>
          </w:p>
        </w:tc>
        <w:tc>
          <w:tcPr>
            <w:tcW w:w="1531" w:type="dxa"/>
            <w:shd w:val="clear" w:color="auto" w:fill="D9E1F2"/>
            <w:vAlign w:val="center"/>
          </w:tcPr>
          <w:p w14:paraId="0FBB1363" w14:textId="77777777" w:rsidR="00741DF2" w:rsidRDefault="00000000">
            <w:pPr>
              <w:jc w:val="center"/>
            </w:pPr>
            <w:proofErr w:type="spellStart"/>
            <w:r>
              <w:rPr>
                <w:b/>
                <w:sz w:val="15"/>
              </w:rPr>
              <w:t>Stanowisko</w:t>
            </w:r>
            <w:proofErr w:type="spellEnd"/>
            <w:r>
              <w:rPr>
                <w:b/>
                <w:sz w:val="15"/>
              </w:rPr>
              <w:t xml:space="preserve"> / </w:t>
            </w:r>
            <w:proofErr w:type="spellStart"/>
            <w:r>
              <w:rPr>
                <w:b/>
                <w:sz w:val="15"/>
              </w:rPr>
              <w:t>funkcja</w:t>
            </w:r>
            <w:proofErr w:type="spellEnd"/>
          </w:p>
        </w:tc>
        <w:tc>
          <w:tcPr>
            <w:tcW w:w="1701" w:type="dxa"/>
            <w:shd w:val="clear" w:color="auto" w:fill="D9E1F2"/>
            <w:vAlign w:val="center"/>
          </w:tcPr>
          <w:p w14:paraId="16E37A7C" w14:textId="77777777" w:rsidR="00741DF2" w:rsidRDefault="00000000">
            <w:pPr>
              <w:jc w:val="center"/>
            </w:pPr>
            <w:proofErr w:type="spellStart"/>
            <w:r>
              <w:rPr>
                <w:b/>
                <w:sz w:val="15"/>
              </w:rPr>
              <w:t>Telefon</w:t>
            </w:r>
            <w:proofErr w:type="spellEnd"/>
            <w:r>
              <w:rPr>
                <w:b/>
                <w:sz w:val="15"/>
              </w:rPr>
              <w:t xml:space="preserve"> / e-mail</w:t>
            </w:r>
          </w:p>
        </w:tc>
        <w:tc>
          <w:tcPr>
            <w:tcW w:w="1247" w:type="dxa"/>
            <w:shd w:val="clear" w:color="auto" w:fill="D9E1F2"/>
            <w:vAlign w:val="center"/>
          </w:tcPr>
          <w:p w14:paraId="2FDE9F65" w14:textId="77777777" w:rsidR="00741DF2" w:rsidRDefault="00000000">
            <w:pPr>
              <w:jc w:val="center"/>
            </w:pPr>
            <w:proofErr w:type="spellStart"/>
            <w:r>
              <w:rPr>
                <w:b/>
                <w:sz w:val="15"/>
              </w:rPr>
              <w:t>Podpis</w:t>
            </w:r>
            <w:proofErr w:type="spellEnd"/>
            <w:r>
              <w:rPr>
                <w:b/>
                <w:sz w:val="15"/>
              </w:rPr>
              <w:t xml:space="preserve"> </w:t>
            </w:r>
            <w:proofErr w:type="spellStart"/>
            <w:r>
              <w:rPr>
                <w:b/>
                <w:sz w:val="15"/>
              </w:rPr>
              <w:t>uczestnika</w:t>
            </w:r>
            <w:proofErr w:type="spellEnd"/>
          </w:p>
        </w:tc>
        <w:tc>
          <w:tcPr>
            <w:tcW w:w="1701" w:type="dxa"/>
            <w:shd w:val="clear" w:color="auto" w:fill="D9E1F2"/>
            <w:vAlign w:val="center"/>
          </w:tcPr>
          <w:p w14:paraId="0A95AFF3" w14:textId="77777777" w:rsidR="00741DF2" w:rsidRDefault="00000000">
            <w:pPr>
              <w:jc w:val="center"/>
            </w:pPr>
            <w:proofErr w:type="spellStart"/>
            <w:r>
              <w:rPr>
                <w:b/>
                <w:sz w:val="15"/>
              </w:rPr>
              <w:t>Podpis</w:t>
            </w:r>
            <w:proofErr w:type="spellEnd"/>
            <w:r>
              <w:rPr>
                <w:b/>
                <w:sz w:val="15"/>
              </w:rPr>
              <w:t xml:space="preserve"> </w:t>
            </w:r>
            <w:proofErr w:type="spellStart"/>
            <w:r>
              <w:rPr>
                <w:b/>
                <w:sz w:val="15"/>
              </w:rPr>
              <w:t>przedstawiciela</w:t>
            </w:r>
            <w:proofErr w:type="spellEnd"/>
            <w:r>
              <w:rPr>
                <w:b/>
                <w:sz w:val="15"/>
              </w:rPr>
              <w:t xml:space="preserve"> </w:t>
            </w:r>
            <w:proofErr w:type="spellStart"/>
            <w:r>
              <w:rPr>
                <w:b/>
                <w:sz w:val="15"/>
              </w:rPr>
              <w:t>Zamawiającego</w:t>
            </w:r>
            <w:proofErr w:type="spellEnd"/>
          </w:p>
        </w:tc>
      </w:tr>
      <w:tr w:rsidR="00741DF2" w14:paraId="49377745" w14:textId="77777777">
        <w:trPr>
          <w:jc w:val="center"/>
        </w:trPr>
        <w:tc>
          <w:tcPr>
            <w:tcW w:w="397" w:type="dxa"/>
            <w:vAlign w:val="center"/>
          </w:tcPr>
          <w:p w14:paraId="29114D66" w14:textId="77777777" w:rsidR="00741DF2" w:rsidRDefault="00000000">
            <w:pPr>
              <w:jc w:val="center"/>
            </w:pPr>
            <w:r>
              <w:rPr>
                <w:sz w:val="16"/>
              </w:rPr>
              <w:t>1.</w:t>
            </w:r>
          </w:p>
        </w:tc>
        <w:tc>
          <w:tcPr>
            <w:tcW w:w="1701" w:type="dxa"/>
            <w:vAlign w:val="center"/>
          </w:tcPr>
          <w:p w14:paraId="17D30F15" w14:textId="77777777" w:rsidR="00741DF2" w:rsidRDefault="00741DF2">
            <w:pPr>
              <w:jc w:val="center"/>
            </w:pPr>
          </w:p>
        </w:tc>
        <w:tc>
          <w:tcPr>
            <w:tcW w:w="2268" w:type="dxa"/>
            <w:vAlign w:val="center"/>
          </w:tcPr>
          <w:p w14:paraId="16F667FB" w14:textId="77777777" w:rsidR="00741DF2" w:rsidRDefault="00741DF2">
            <w:pPr>
              <w:jc w:val="center"/>
            </w:pPr>
          </w:p>
        </w:tc>
        <w:tc>
          <w:tcPr>
            <w:tcW w:w="1531" w:type="dxa"/>
            <w:vAlign w:val="center"/>
          </w:tcPr>
          <w:p w14:paraId="05FFC960" w14:textId="77777777" w:rsidR="00741DF2" w:rsidRDefault="00741DF2">
            <w:pPr>
              <w:jc w:val="center"/>
            </w:pPr>
          </w:p>
        </w:tc>
        <w:tc>
          <w:tcPr>
            <w:tcW w:w="1701" w:type="dxa"/>
            <w:vAlign w:val="center"/>
          </w:tcPr>
          <w:p w14:paraId="40DD1C66" w14:textId="77777777" w:rsidR="00741DF2" w:rsidRDefault="00741DF2">
            <w:pPr>
              <w:jc w:val="center"/>
            </w:pPr>
          </w:p>
        </w:tc>
        <w:tc>
          <w:tcPr>
            <w:tcW w:w="1247" w:type="dxa"/>
            <w:vAlign w:val="center"/>
          </w:tcPr>
          <w:p w14:paraId="7D975B8E" w14:textId="77777777" w:rsidR="00741DF2" w:rsidRDefault="00741DF2">
            <w:pPr>
              <w:jc w:val="center"/>
            </w:pPr>
          </w:p>
        </w:tc>
        <w:tc>
          <w:tcPr>
            <w:tcW w:w="1701" w:type="dxa"/>
            <w:vAlign w:val="center"/>
          </w:tcPr>
          <w:p w14:paraId="32A04302" w14:textId="77777777" w:rsidR="00741DF2" w:rsidRDefault="00741DF2">
            <w:pPr>
              <w:jc w:val="center"/>
            </w:pPr>
          </w:p>
        </w:tc>
      </w:tr>
      <w:tr w:rsidR="00741DF2" w14:paraId="4C36F081" w14:textId="77777777">
        <w:trPr>
          <w:jc w:val="center"/>
        </w:trPr>
        <w:tc>
          <w:tcPr>
            <w:tcW w:w="397" w:type="dxa"/>
            <w:vAlign w:val="center"/>
          </w:tcPr>
          <w:p w14:paraId="6FE78035" w14:textId="77777777" w:rsidR="00741DF2" w:rsidRDefault="00000000">
            <w:pPr>
              <w:jc w:val="center"/>
            </w:pPr>
            <w:r>
              <w:rPr>
                <w:sz w:val="16"/>
              </w:rPr>
              <w:t>2.</w:t>
            </w:r>
          </w:p>
        </w:tc>
        <w:tc>
          <w:tcPr>
            <w:tcW w:w="1701" w:type="dxa"/>
            <w:vAlign w:val="center"/>
          </w:tcPr>
          <w:p w14:paraId="1F2E71E8" w14:textId="77777777" w:rsidR="00741DF2" w:rsidRDefault="00741DF2">
            <w:pPr>
              <w:jc w:val="center"/>
            </w:pPr>
          </w:p>
        </w:tc>
        <w:tc>
          <w:tcPr>
            <w:tcW w:w="2268" w:type="dxa"/>
            <w:vAlign w:val="center"/>
          </w:tcPr>
          <w:p w14:paraId="53D4A679" w14:textId="77777777" w:rsidR="00741DF2" w:rsidRDefault="00741DF2">
            <w:pPr>
              <w:jc w:val="center"/>
            </w:pPr>
          </w:p>
        </w:tc>
        <w:tc>
          <w:tcPr>
            <w:tcW w:w="1531" w:type="dxa"/>
            <w:vAlign w:val="center"/>
          </w:tcPr>
          <w:p w14:paraId="20035DF4" w14:textId="77777777" w:rsidR="00741DF2" w:rsidRDefault="00741DF2">
            <w:pPr>
              <w:jc w:val="center"/>
            </w:pPr>
          </w:p>
        </w:tc>
        <w:tc>
          <w:tcPr>
            <w:tcW w:w="1701" w:type="dxa"/>
            <w:vAlign w:val="center"/>
          </w:tcPr>
          <w:p w14:paraId="3C3825FE" w14:textId="77777777" w:rsidR="00741DF2" w:rsidRDefault="00741DF2">
            <w:pPr>
              <w:jc w:val="center"/>
            </w:pPr>
          </w:p>
        </w:tc>
        <w:tc>
          <w:tcPr>
            <w:tcW w:w="1247" w:type="dxa"/>
            <w:vAlign w:val="center"/>
          </w:tcPr>
          <w:p w14:paraId="51165EA2" w14:textId="77777777" w:rsidR="00741DF2" w:rsidRDefault="00741DF2">
            <w:pPr>
              <w:jc w:val="center"/>
            </w:pPr>
          </w:p>
        </w:tc>
        <w:tc>
          <w:tcPr>
            <w:tcW w:w="1701" w:type="dxa"/>
            <w:vAlign w:val="center"/>
          </w:tcPr>
          <w:p w14:paraId="62395320" w14:textId="77777777" w:rsidR="00741DF2" w:rsidRDefault="00741DF2">
            <w:pPr>
              <w:jc w:val="center"/>
            </w:pPr>
          </w:p>
        </w:tc>
      </w:tr>
      <w:tr w:rsidR="00741DF2" w14:paraId="7555AE4F" w14:textId="77777777">
        <w:trPr>
          <w:jc w:val="center"/>
        </w:trPr>
        <w:tc>
          <w:tcPr>
            <w:tcW w:w="397" w:type="dxa"/>
            <w:vAlign w:val="center"/>
          </w:tcPr>
          <w:p w14:paraId="72B564B2" w14:textId="77777777" w:rsidR="00741DF2" w:rsidRDefault="00000000">
            <w:pPr>
              <w:jc w:val="center"/>
            </w:pPr>
            <w:r>
              <w:rPr>
                <w:sz w:val="16"/>
              </w:rPr>
              <w:t>3.</w:t>
            </w:r>
          </w:p>
        </w:tc>
        <w:tc>
          <w:tcPr>
            <w:tcW w:w="1701" w:type="dxa"/>
            <w:vAlign w:val="center"/>
          </w:tcPr>
          <w:p w14:paraId="33E4E6B8" w14:textId="77777777" w:rsidR="00741DF2" w:rsidRDefault="00741DF2">
            <w:pPr>
              <w:jc w:val="center"/>
            </w:pPr>
          </w:p>
        </w:tc>
        <w:tc>
          <w:tcPr>
            <w:tcW w:w="2268" w:type="dxa"/>
            <w:vAlign w:val="center"/>
          </w:tcPr>
          <w:p w14:paraId="6F73E39A" w14:textId="77777777" w:rsidR="00741DF2" w:rsidRDefault="00741DF2">
            <w:pPr>
              <w:jc w:val="center"/>
            </w:pPr>
          </w:p>
        </w:tc>
        <w:tc>
          <w:tcPr>
            <w:tcW w:w="1531" w:type="dxa"/>
            <w:vAlign w:val="center"/>
          </w:tcPr>
          <w:p w14:paraId="4BEF8514" w14:textId="77777777" w:rsidR="00741DF2" w:rsidRDefault="00741DF2">
            <w:pPr>
              <w:jc w:val="center"/>
            </w:pPr>
          </w:p>
        </w:tc>
        <w:tc>
          <w:tcPr>
            <w:tcW w:w="1701" w:type="dxa"/>
            <w:vAlign w:val="center"/>
          </w:tcPr>
          <w:p w14:paraId="3ED12D1A" w14:textId="77777777" w:rsidR="00741DF2" w:rsidRDefault="00741DF2">
            <w:pPr>
              <w:jc w:val="center"/>
            </w:pPr>
          </w:p>
        </w:tc>
        <w:tc>
          <w:tcPr>
            <w:tcW w:w="1247" w:type="dxa"/>
            <w:vAlign w:val="center"/>
          </w:tcPr>
          <w:p w14:paraId="79BC1A4E" w14:textId="77777777" w:rsidR="00741DF2" w:rsidRDefault="00741DF2">
            <w:pPr>
              <w:jc w:val="center"/>
            </w:pPr>
          </w:p>
        </w:tc>
        <w:tc>
          <w:tcPr>
            <w:tcW w:w="1701" w:type="dxa"/>
            <w:vAlign w:val="center"/>
          </w:tcPr>
          <w:p w14:paraId="404A16B3" w14:textId="77777777" w:rsidR="00741DF2" w:rsidRDefault="00741DF2">
            <w:pPr>
              <w:jc w:val="center"/>
            </w:pPr>
          </w:p>
        </w:tc>
      </w:tr>
      <w:tr w:rsidR="00741DF2" w14:paraId="735C17A5" w14:textId="77777777">
        <w:trPr>
          <w:jc w:val="center"/>
        </w:trPr>
        <w:tc>
          <w:tcPr>
            <w:tcW w:w="397" w:type="dxa"/>
            <w:vAlign w:val="center"/>
          </w:tcPr>
          <w:p w14:paraId="730D125E" w14:textId="77777777" w:rsidR="00741DF2" w:rsidRDefault="00000000">
            <w:pPr>
              <w:jc w:val="center"/>
            </w:pPr>
            <w:r>
              <w:rPr>
                <w:sz w:val="16"/>
              </w:rPr>
              <w:t>4.</w:t>
            </w:r>
          </w:p>
        </w:tc>
        <w:tc>
          <w:tcPr>
            <w:tcW w:w="1701" w:type="dxa"/>
            <w:vAlign w:val="center"/>
          </w:tcPr>
          <w:p w14:paraId="5786A226" w14:textId="77777777" w:rsidR="00741DF2" w:rsidRDefault="00741DF2">
            <w:pPr>
              <w:jc w:val="center"/>
            </w:pPr>
          </w:p>
        </w:tc>
        <w:tc>
          <w:tcPr>
            <w:tcW w:w="2268" w:type="dxa"/>
            <w:vAlign w:val="center"/>
          </w:tcPr>
          <w:p w14:paraId="63076B56" w14:textId="77777777" w:rsidR="00741DF2" w:rsidRDefault="00741DF2">
            <w:pPr>
              <w:jc w:val="center"/>
            </w:pPr>
          </w:p>
        </w:tc>
        <w:tc>
          <w:tcPr>
            <w:tcW w:w="1531" w:type="dxa"/>
            <w:vAlign w:val="center"/>
          </w:tcPr>
          <w:p w14:paraId="2EADB2C9" w14:textId="77777777" w:rsidR="00741DF2" w:rsidRDefault="00741DF2">
            <w:pPr>
              <w:jc w:val="center"/>
            </w:pPr>
          </w:p>
        </w:tc>
        <w:tc>
          <w:tcPr>
            <w:tcW w:w="1701" w:type="dxa"/>
            <w:vAlign w:val="center"/>
          </w:tcPr>
          <w:p w14:paraId="58B09C1D" w14:textId="77777777" w:rsidR="00741DF2" w:rsidRDefault="00741DF2">
            <w:pPr>
              <w:jc w:val="center"/>
            </w:pPr>
          </w:p>
        </w:tc>
        <w:tc>
          <w:tcPr>
            <w:tcW w:w="1247" w:type="dxa"/>
            <w:vAlign w:val="center"/>
          </w:tcPr>
          <w:p w14:paraId="0A61EF3D" w14:textId="77777777" w:rsidR="00741DF2" w:rsidRDefault="00741DF2">
            <w:pPr>
              <w:jc w:val="center"/>
            </w:pPr>
          </w:p>
        </w:tc>
        <w:tc>
          <w:tcPr>
            <w:tcW w:w="1701" w:type="dxa"/>
            <w:vAlign w:val="center"/>
          </w:tcPr>
          <w:p w14:paraId="6A239D72" w14:textId="77777777" w:rsidR="00741DF2" w:rsidRDefault="00741DF2">
            <w:pPr>
              <w:jc w:val="center"/>
            </w:pPr>
          </w:p>
        </w:tc>
      </w:tr>
      <w:tr w:rsidR="00741DF2" w14:paraId="51E4E5A0" w14:textId="77777777">
        <w:trPr>
          <w:jc w:val="center"/>
        </w:trPr>
        <w:tc>
          <w:tcPr>
            <w:tcW w:w="397" w:type="dxa"/>
            <w:vAlign w:val="center"/>
          </w:tcPr>
          <w:p w14:paraId="2F041119" w14:textId="77777777" w:rsidR="00741DF2" w:rsidRDefault="00000000">
            <w:pPr>
              <w:jc w:val="center"/>
            </w:pPr>
            <w:r>
              <w:rPr>
                <w:sz w:val="16"/>
              </w:rPr>
              <w:t>5.</w:t>
            </w:r>
          </w:p>
        </w:tc>
        <w:tc>
          <w:tcPr>
            <w:tcW w:w="1701" w:type="dxa"/>
            <w:vAlign w:val="center"/>
          </w:tcPr>
          <w:p w14:paraId="4A10C52C" w14:textId="77777777" w:rsidR="00741DF2" w:rsidRDefault="00741DF2">
            <w:pPr>
              <w:jc w:val="center"/>
            </w:pPr>
          </w:p>
        </w:tc>
        <w:tc>
          <w:tcPr>
            <w:tcW w:w="2268" w:type="dxa"/>
            <w:vAlign w:val="center"/>
          </w:tcPr>
          <w:p w14:paraId="006901B4" w14:textId="77777777" w:rsidR="00741DF2" w:rsidRDefault="00741DF2">
            <w:pPr>
              <w:jc w:val="center"/>
            </w:pPr>
          </w:p>
        </w:tc>
        <w:tc>
          <w:tcPr>
            <w:tcW w:w="1531" w:type="dxa"/>
            <w:vAlign w:val="center"/>
          </w:tcPr>
          <w:p w14:paraId="57730C43" w14:textId="77777777" w:rsidR="00741DF2" w:rsidRDefault="00741DF2">
            <w:pPr>
              <w:jc w:val="center"/>
            </w:pPr>
          </w:p>
        </w:tc>
        <w:tc>
          <w:tcPr>
            <w:tcW w:w="1701" w:type="dxa"/>
            <w:vAlign w:val="center"/>
          </w:tcPr>
          <w:p w14:paraId="73AA572E" w14:textId="77777777" w:rsidR="00741DF2" w:rsidRDefault="00741DF2">
            <w:pPr>
              <w:jc w:val="center"/>
            </w:pPr>
          </w:p>
        </w:tc>
        <w:tc>
          <w:tcPr>
            <w:tcW w:w="1247" w:type="dxa"/>
            <w:vAlign w:val="center"/>
          </w:tcPr>
          <w:p w14:paraId="68DF7D10" w14:textId="77777777" w:rsidR="00741DF2" w:rsidRDefault="00741DF2">
            <w:pPr>
              <w:jc w:val="center"/>
            </w:pPr>
          </w:p>
        </w:tc>
        <w:tc>
          <w:tcPr>
            <w:tcW w:w="1701" w:type="dxa"/>
            <w:vAlign w:val="center"/>
          </w:tcPr>
          <w:p w14:paraId="60CDCAAB" w14:textId="77777777" w:rsidR="00741DF2" w:rsidRDefault="00741DF2">
            <w:pPr>
              <w:jc w:val="center"/>
            </w:pPr>
          </w:p>
        </w:tc>
      </w:tr>
      <w:tr w:rsidR="00741DF2" w14:paraId="002CE01A" w14:textId="77777777">
        <w:trPr>
          <w:jc w:val="center"/>
        </w:trPr>
        <w:tc>
          <w:tcPr>
            <w:tcW w:w="397" w:type="dxa"/>
            <w:vAlign w:val="center"/>
          </w:tcPr>
          <w:p w14:paraId="554A0D5B" w14:textId="77777777" w:rsidR="00741DF2" w:rsidRDefault="00000000">
            <w:pPr>
              <w:jc w:val="center"/>
            </w:pPr>
            <w:r>
              <w:rPr>
                <w:sz w:val="16"/>
              </w:rPr>
              <w:t>6.</w:t>
            </w:r>
          </w:p>
        </w:tc>
        <w:tc>
          <w:tcPr>
            <w:tcW w:w="1701" w:type="dxa"/>
            <w:vAlign w:val="center"/>
          </w:tcPr>
          <w:p w14:paraId="14EF3AEC" w14:textId="77777777" w:rsidR="00741DF2" w:rsidRDefault="00741DF2">
            <w:pPr>
              <w:jc w:val="center"/>
            </w:pPr>
          </w:p>
        </w:tc>
        <w:tc>
          <w:tcPr>
            <w:tcW w:w="2268" w:type="dxa"/>
            <w:vAlign w:val="center"/>
          </w:tcPr>
          <w:p w14:paraId="38B42190" w14:textId="77777777" w:rsidR="00741DF2" w:rsidRDefault="00741DF2">
            <w:pPr>
              <w:jc w:val="center"/>
            </w:pPr>
          </w:p>
        </w:tc>
        <w:tc>
          <w:tcPr>
            <w:tcW w:w="1531" w:type="dxa"/>
            <w:vAlign w:val="center"/>
          </w:tcPr>
          <w:p w14:paraId="71786322" w14:textId="77777777" w:rsidR="00741DF2" w:rsidRDefault="00741DF2">
            <w:pPr>
              <w:jc w:val="center"/>
            </w:pPr>
          </w:p>
        </w:tc>
        <w:tc>
          <w:tcPr>
            <w:tcW w:w="1701" w:type="dxa"/>
            <w:vAlign w:val="center"/>
          </w:tcPr>
          <w:p w14:paraId="327FF6AE" w14:textId="77777777" w:rsidR="00741DF2" w:rsidRDefault="00741DF2">
            <w:pPr>
              <w:jc w:val="center"/>
            </w:pPr>
          </w:p>
        </w:tc>
        <w:tc>
          <w:tcPr>
            <w:tcW w:w="1247" w:type="dxa"/>
            <w:vAlign w:val="center"/>
          </w:tcPr>
          <w:p w14:paraId="72273744" w14:textId="77777777" w:rsidR="00741DF2" w:rsidRDefault="00741DF2">
            <w:pPr>
              <w:jc w:val="center"/>
            </w:pPr>
          </w:p>
        </w:tc>
        <w:tc>
          <w:tcPr>
            <w:tcW w:w="1701" w:type="dxa"/>
            <w:vAlign w:val="center"/>
          </w:tcPr>
          <w:p w14:paraId="65802589" w14:textId="77777777" w:rsidR="00741DF2" w:rsidRDefault="00741DF2">
            <w:pPr>
              <w:jc w:val="center"/>
            </w:pPr>
          </w:p>
        </w:tc>
      </w:tr>
      <w:tr w:rsidR="00741DF2" w14:paraId="662E9A2D" w14:textId="77777777">
        <w:trPr>
          <w:jc w:val="center"/>
        </w:trPr>
        <w:tc>
          <w:tcPr>
            <w:tcW w:w="397" w:type="dxa"/>
            <w:vAlign w:val="center"/>
          </w:tcPr>
          <w:p w14:paraId="549DE510" w14:textId="77777777" w:rsidR="00741DF2" w:rsidRDefault="00000000">
            <w:pPr>
              <w:jc w:val="center"/>
            </w:pPr>
            <w:r>
              <w:rPr>
                <w:sz w:val="16"/>
              </w:rPr>
              <w:t>7.</w:t>
            </w:r>
          </w:p>
        </w:tc>
        <w:tc>
          <w:tcPr>
            <w:tcW w:w="1701" w:type="dxa"/>
            <w:vAlign w:val="center"/>
          </w:tcPr>
          <w:p w14:paraId="486989AE" w14:textId="77777777" w:rsidR="00741DF2" w:rsidRDefault="00741DF2">
            <w:pPr>
              <w:jc w:val="center"/>
            </w:pPr>
          </w:p>
        </w:tc>
        <w:tc>
          <w:tcPr>
            <w:tcW w:w="2268" w:type="dxa"/>
            <w:vAlign w:val="center"/>
          </w:tcPr>
          <w:p w14:paraId="13D3AB89" w14:textId="77777777" w:rsidR="00741DF2" w:rsidRDefault="00741DF2">
            <w:pPr>
              <w:jc w:val="center"/>
            </w:pPr>
          </w:p>
        </w:tc>
        <w:tc>
          <w:tcPr>
            <w:tcW w:w="1531" w:type="dxa"/>
            <w:vAlign w:val="center"/>
          </w:tcPr>
          <w:p w14:paraId="3A6859A6" w14:textId="77777777" w:rsidR="00741DF2" w:rsidRDefault="00741DF2">
            <w:pPr>
              <w:jc w:val="center"/>
            </w:pPr>
          </w:p>
        </w:tc>
        <w:tc>
          <w:tcPr>
            <w:tcW w:w="1701" w:type="dxa"/>
            <w:vAlign w:val="center"/>
          </w:tcPr>
          <w:p w14:paraId="5043F598" w14:textId="77777777" w:rsidR="00741DF2" w:rsidRDefault="00741DF2">
            <w:pPr>
              <w:jc w:val="center"/>
            </w:pPr>
          </w:p>
        </w:tc>
        <w:tc>
          <w:tcPr>
            <w:tcW w:w="1247" w:type="dxa"/>
            <w:vAlign w:val="center"/>
          </w:tcPr>
          <w:p w14:paraId="5A319C36" w14:textId="77777777" w:rsidR="00741DF2" w:rsidRDefault="00741DF2">
            <w:pPr>
              <w:jc w:val="center"/>
            </w:pPr>
          </w:p>
        </w:tc>
        <w:tc>
          <w:tcPr>
            <w:tcW w:w="1701" w:type="dxa"/>
            <w:vAlign w:val="center"/>
          </w:tcPr>
          <w:p w14:paraId="3C42B536" w14:textId="77777777" w:rsidR="00741DF2" w:rsidRDefault="00741DF2">
            <w:pPr>
              <w:jc w:val="center"/>
            </w:pPr>
          </w:p>
        </w:tc>
      </w:tr>
      <w:tr w:rsidR="00741DF2" w14:paraId="54A2B54A" w14:textId="77777777">
        <w:trPr>
          <w:jc w:val="center"/>
        </w:trPr>
        <w:tc>
          <w:tcPr>
            <w:tcW w:w="397" w:type="dxa"/>
            <w:vAlign w:val="center"/>
          </w:tcPr>
          <w:p w14:paraId="24DDAE14" w14:textId="77777777" w:rsidR="00741DF2" w:rsidRDefault="00000000">
            <w:pPr>
              <w:jc w:val="center"/>
            </w:pPr>
            <w:r>
              <w:rPr>
                <w:sz w:val="16"/>
              </w:rPr>
              <w:t>8.</w:t>
            </w:r>
          </w:p>
        </w:tc>
        <w:tc>
          <w:tcPr>
            <w:tcW w:w="1701" w:type="dxa"/>
            <w:vAlign w:val="center"/>
          </w:tcPr>
          <w:p w14:paraId="676C0729" w14:textId="77777777" w:rsidR="00741DF2" w:rsidRDefault="00741DF2">
            <w:pPr>
              <w:jc w:val="center"/>
            </w:pPr>
          </w:p>
        </w:tc>
        <w:tc>
          <w:tcPr>
            <w:tcW w:w="2268" w:type="dxa"/>
            <w:vAlign w:val="center"/>
          </w:tcPr>
          <w:p w14:paraId="365B9E31" w14:textId="77777777" w:rsidR="00741DF2" w:rsidRDefault="00741DF2">
            <w:pPr>
              <w:jc w:val="center"/>
            </w:pPr>
          </w:p>
        </w:tc>
        <w:tc>
          <w:tcPr>
            <w:tcW w:w="1531" w:type="dxa"/>
            <w:vAlign w:val="center"/>
          </w:tcPr>
          <w:p w14:paraId="73D07FA9" w14:textId="77777777" w:rsidR="00741DF2" w:rsidRDefault="00741DF2">
            <w:pPr>
              <w:jc w:val="center"/>
            </w:pPr>
          </w:p>
        </w:tc>
        <w:tc>
          <w:tcPr>
            <w:tcW w:w="1701" w:type="dxa"/>
            <w:vAlign w:val="center"/>
          </w:tcPr>
          <w:p w14:paraId="20BE69A3" w14:textId="77777777" w:rsidR="00741DF2" w:rsidRDefault="00741DF2">
            <w:pPr>
              <w:jc w:val="center"/>
            </w:pPr>
          </w:p>
        </w:tc>
        <w:tc>
          <w:tcPr>
            <w:tcW w:w="1247" w:type="dxa"/>
            <w:vAlign w:val="center"/>
          </w:tcPr>
          <w:p w14:paraId="43E753C7" w14:textId="77777777" w:rsidR="00741DF2" w:rsidRDefault="00741DF2">
            <w:pPr>
              <w:jc w:val="center"/>
            </w:pPr>
          </w:p>
        </w:tc>
        <w:tc>
          <w:tcPr>
            <w:tcW w:w="1701" w:type="dxa"/>
            <w:vAlign w:val="center"/>
          </w:tcPr>
          <w:p w14:paraId="1C85D0A9" w14:textId="77777777" w:rsidR="00741DF2" w:rsidRDefault="00741DF2">
            <w:pPr>
              <w:jc w:val="center"/>
            </w:pPr>
          </w:p>
        </w:tc>
      </w:tr>
    </w:tbl>
    <w:p w14:paraId="0111C62E" w14:textId="77777777" w:rsidR="00741DF2" w:rsidRDefault="00000000">
      <w:r>
        <w:rPr>
          <w:b/>
          <w:sz w:val="22"/>
        </w:rPr>
        <w:t>POTWIERDZENIE ODBYCIA WIZJI LOKALNEJ</w:t>
      </w:r>
    </w:p>
    <w:p w14:paraId="21EC9493" w14:textId="77777777" w:rsidR="00741DF2" w:rsidRPr="00BE4ADA" w:rsidRDefault="00000000">
      <w:pPr>
        <w:rPr>
          <w:lang w:val="pl-PL"/>
        </w:rPr>
      </w:pPr>
      <w:r w:rsidRPr="00BE4ADA">
        <w:rPr>
          <w:lang w:val="pl-PL"/>
        </w:rPr>
        <w:t>Niniejszym potwierdza się, że osoby wskazane w niniejszej liście obecności uczestniczyły w wizji lokalnej przeprowadzonej w ramach wskazanego wyżej postępowania o udzielenie zamówienia.</w:t>
      </w:r>
    </w:p>
    <w:p w14:paraId="0C0C9849" w14:textId="77777777" w:rsidR="00741DF2" w:rsidRPr="00BE4ADA" w:rsidRDefault="00000000">
      <w:pPr>
        <w:rPr>
          <w:lang w:val="pl-PL"/>
        </w:rPr>
      </w:pPr>
      <w:r w:rsidRPr="00BE4ADA">
        <w:rPr>
          <w:lang w:val="pl-PL"/>
        </w:rPr>
        <w:t>Lista obecności stanowi potwierdzenie odbycia wizji lokalnej przez wskazanych w niej przedstawicieli Wykonawców.</w:t>
      </w:r>
    </w:p>
    <w:p w14:paraId="5A3ACF12" w14:textId="77777777" w:rsidR="00741DF2" w:rsidRPr="00BE4ADA" w:rsidRDefault="00000000">
      <w:pPr>
        <w:spacing w:after="60"/>
        <w:rPr>
          <w:lang w:val="pl-PL"/>
        </w:rPr>
      </w:pPr>
      <w:r w:rsidRPr="00BE4ADA">
        <w:rPr>
          <w:b/>
          <w:lang w:val="pl-PL"/>
        </w:rPr>
        <w:t xml:space="preserve">Imię i nazwisko przedstawiciela Zamawiającego: </w:t>
      </w:r>
      <w:r w:rsidRPr="00BE4ADA">
        <w:rPr>
          <w:lang w:val="pl-PL"/>
        </w:rPr>
        <w:t>................................................................................................</w:t>
      </w:r>
    </w:p>
    <w:p w14:paraId="1D26BD9F" w14:textId="77777777" w:rsidR="00741DF2" w:rsidRDefault="00000000">
      <w:pPr>
        <w:spacing w:after="60"/>
      </w:pPr>
      <w:proofErr w:type="spellStart"/>
      <w:r>
        <w:rPr>
          <w:b/>
        </w:rPr>
        <w:t>Stanowisko</w:t>
      </w:r>
      <w:proofErr w:type="spellEnd"/>
      <w:r>
        <w:rPr>
          <w:b/>
        </w:rPr>
        <w:t xml:space="preserve">: </w:t>
      </w:r>
      <w:r>
        <w:t>................................................................................................</w:t>
      </w:r>
    </w:p>
    <w:p w14:paraId="724530E9" w14:textId="77777777" w:rsidR="00741DF2" w:rsidRDefault="00000000">
      <w:pPr>
        <w:spacing w:after="60"/>
      </w:pPr>
      <w:proofErr w:type="spellStart"/>
      <w:r>
        <w:rPr>
          <w:b/>
        </w:rPr>
        <w:t>Podpis</w:t>
      </w:r>
      <w:proofErr w:type="spellEnd"/>
      <w:r>
        <w:rPr>
          <w:b/>
        </w:rPr>
        <w:t xml:space="preserve">: </w:t>
      </w:r>
      <w:r>
        <w:t>................................................................................................</w:t>
      </w:r>
    </w:p>
    <w:p w14:paraId="637244AB" w14:textId="77777777" w:rsidR="00741DF2" w:rsidRDefault="00000000">
      <w:pPr>
        <w:spacing w:after="60"/>
      </w:pPr>
      <w:r>
        <w:rPr>
          <w:b/>
        </w:rPr>
        <w:t xml:space="preserve">Data: </w:t>
      </w:r>
      <w:r>
        <w:t>................................................................................................</w:t>
      </w:r>
    </w:p>
    <w:sectPr w:rsidR="00741DF2" w:rsidSect="00034616">
      <w:pgSz w:w="12240" w:h="15840"/>
      <w:pgMar w:top="737" w:right="680" w:bottom="737" w:left="6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41563502">
    <w:abstractNumId w:val="8"/>
  </w:num>
  <w:num w:numId="2" w16cid:durableId="1485852265">
    <w:abstractNumId w:val="6"/>
  </w:num>
  <w:num w:numId="3" w16cid:durableId="649360716">
    <w:abstractNumId w:val="5"/>
  </w:num>
  <w:num w:numId="4" w16cid:durableId="426777706">
    <w:abstractNumId w:val="4"/>
  </w:num>
  <w:num w:numId="5" w16cid:durableId="876896707">
    <w:abstractNumId w:val="7"/>
  </w:num>
  <w:num w:numId="6" w16cid:durableId="2084984094">
    <w:abstractNumId w:val="3"/>
  </w:num>
  <w:num w:numId="7" w16cid:durableId="1738745044">
    <w:abstractNumId w:val="2"/>
  </w:num>
  <w:num w:numId="8" w16cid:durableId="540436832">
    <w:abstractNumId w:val="1"/>
  </w:num>
  <w:num w:numId="9" w16cid:durableId="275912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854BA"/>
    <w:rsid w:val="0015074B"/>
    <w:rsid w:val="0029639D"/>
    <w:rsid w:val="00326F90"/>
    <w:rsid w:val="00741DF2"/>
    <w:rsid w:val="00AA1D8D"/>
    <w:rsid w:val="00B47730"/>
    <w:rsid w:val="00BC5187"/>
    <w:rsid w:val="00BE4ADA"/>
    <w:rsid w:val="00C80971"/>
    <w:rsid w:val="00CB0664"/>
    <w:rsid w:val="00CF71B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F34C9F"/>
  <w14:defaultImageDpi w14:val="300"/>
  <w15:docId w15:val="{0DE2224B-111C-4ABC-B7CE-8EB08FB5F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Arial" w:hAnsi="Arial"/>
      <w:sz w:val="1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Dorota Achrem-Achremowicz</cp:lastModifiedBy>
  <cp:revision>4</cp:revision>
  <dcterms:created xsi:type="dcterms:W3CDTF">2026-10-08T10:41:00Z</dcterms:created>
  <dcterms:modified xsi:type="dcterms:W3CDTF">2026-10-08T10:43:00Z</dcterms:modified>
  <cp:category/>
</cp:coreProperties>
</file>