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D8ACE0" w14:textId="6E67FAB5" w:rsidR="00C37BD5" w:rsidRDefault="00C37BD5" w:rsidP="00C37BD5">
      <w:pPr>
        <w:spacing w:after="0"/>
        <w:jc w:val="right"/>
        <w:rPr>
          <w:lang w:val="pl-PL"/>
        </w:rPr>
      </w:pPr>
      <w:r>
        <w:rPr>
          <w:lang w:val="pl-PL"/>
        </w:rPr>
        <w:t>Załącznik nr 5</w:t>
      </w:r>
    </w:p>
    <w:p w14:paraId="00C201C9" w14:textId="77777777" w:rsidR="00C37BD5" w:rsidRDefault="00C37BD5" w:rsidP="00384CE6">
      <w:pPr>
        <w:spacing w:after="0"/>
        <w:jc w:val="center"/>
        <w:rPr>
          <w:lang w:val="pl-PL"/>
        </w:rPr>
      </w:pPr>
    </w:p>
    <w:p w14:paraId="1235BCAF" w14:textId="626CBE00" w:rsidR="00164840" w:rsidRPr="00D05FDC" w:rsidRDefault="008F781F" w:rsidP="00384CE6">
      <w:pPr>
        <w:spacing w:after="0"/>
        <w:jc w:val="center"/>
        <w:rPr>
          <w:lang w:val="pl-PL"/>
        </w:rPr>
      </w:pPr>
      <w:r w:rsidRPr="00D05FDC">
        <w:rPr>
          <w:lang w:val="pl-PL"/>
        </w:rPr>
        <w:t xml:space="preserve">UMOWA Nr </w:t>
      </w:r>
      <w:r w:rsidR="00C37BD5">
        <w:rPr>
          <w:lang w:val="pl-PL"/>
        </w:rPr>
        <w:t>…………………..</w:t>
      </w:r>
    </w:p>
    <w:p w14:paraId="2A9DC500" w14:textId="18B59731" w:rsidR="00340CDC" w:rsidRPr="00D05FDC" w:rsidRDefault="008F781F" w:rsidP="00340CDC">
      <w:pPr>
        <w:spacing w:after="0"/>
        <w:jc w:val="both"/>
        <w:rPr>
          <w:lang w:val="pl-PL"/>
        </w:rPr>
      </w:pPr>
      <w:r w:rsidRPr="00D05FDC">
        <w:rPr>
          <w:lang w:val="pl-PL"/>
        </w:rPr>
        <w:br/>
        <w:t>W rezultacie wyboru oferty w wyniku rozstrzygnięcia postępowania prowadzonego w  try</w:t>
      </w:r>
      <w:r w:rsidR="00BA2957" w:rsidRPr="00D05FDC">
        <w:rPr>
          <w:lang w:val="pl-PL"/>
        </w:rPr>
        <w:t xml:space="preserve">bie </w:t>
      </w:r>
      <w:r w:rsidR="00C37BD5" w:rsidRPr="00C37BD5">
        <w:rPr>
          <w:lang w:val="pl-PL"/>
        </w:rPr>
        <w:t>podstawowym bez negocjacji, o którym mowa w art. 275 pkt 1 ustawy Prawo zamówień publicznych z dnia 11 września 2019 r. (Dz.U z 2024 r. poz. 1320 z późn. zm.) zarejestrowanego pod sygnaturą CRZP/</w:t>
      </w:r>
      <w:r w:rsidR="00C37BD5">
        <w:rPr>
          <w:lang w:val="pl-PL"/>
        </w:rPr>
        <w:t>182/2025</w:t>
      </w:r>
      <w:r w:rsidR="00C37BD5" w:rsidRPr="00C37BD5">
        <w:rPr>
          <w:lang w:val="pl-PL"/>
        </w:rPr>
        <w:t>/AZP</w:t>
      </w:r>
      <w:r w:rsidRPr="00D05FDC">
        <w:rPr>
          <w:lang w:val="pl-PL"/>
        </w:rPr>
        <w:t>, pomiędzy:</w:t>
      </w:r>
    </w:p>
    <w:p w14:paraId="30AFCFF6" w14:textId="77777777" w:rsidR="00340CDC" w:rsidRPr="00D05FDC" w:rsidRDefault="00340CDC" w:rsidP="00384CE6">
      <w:pPr>
        <w:spacing w:after="0"/>
        <w:rPr>
          <w:lang w:val="pl-PL"/>
        </w:rPr>
      </w:pPr>
    </w:p>
    <w:p w14:paraId="67220E3D" w14:textId="127A6056" w:rsidR="00D35B50" w:rsidRDefault="00340CDC" w:rsidP="001732C9">
      <w:pPr>
        <w:spacing w:after="0"/>
        <w:rPr>
          <w:rFonts w:eastAsia="Times New Roman" w:cstheme="minorHAnsi"/>
          <w:lang w:eastAsia="pl-PL"/>
        </w:rPr>
      </w:pPr>
      <w:r w:rsidRPr="00D05FDC">
        <w:rPr>
          <w:lang w:val="pl-PL"/>
        </w:rPr>
        <w:t>Uniwersytetem Morsk</w:t>
      </w:r>
      <w:r w:rsidR="008F781F" w:rsidRPr="00D05FDC">
        <w:rPr>
          <w:lang w:val="pl-PL"/>
        </w:rPr>
        <w:t xml:space="preserve">im w Gdyni  </w:t>
      </w:r>
      <w:r w:rsidR="008F781F" w:rsidRPr="00D05FDC">
        <w:rPr>
          <w:lang w:val="pl-PL"/>
        </w:rPr>
        <w:br/>
        <w:t xml:space="preserve">ul. Morska 81 -87  </w:t>
      </w:r>
      <w:r w:rsidR="008F781F" w:rsidRPr="00D05FDC">
        <w:rPr>
          <w:lang w:val="pl-PL"/>
        </w:rPr>
        <w:br/>
        <w:t xml:space="preserve">81-225 Gdynia  </w:t>
      </w:r>
      <w:r w:rsidR="008F781F" w:rsidRPr="00D05FDC">
        <w:rPr>
          <w:lang w:val="pl-PL"/>
        </w:rPr>
        <w:br/>
        <w:t>NIP: 586-00</w:t>
      </w:r>
      <w:r w:rsidR="00BA2957" w:rsidRPr="00D05FDC">
        <w:rPr>
          <w:lang w:val="pl-PL"/>
        </w:rPr>
        <w:t xml:space="preserve">1-28-73 REGON: 000145112  </w:t>
      </w:r>
      <w:r w:rsidR="00BA2957" w:rsidRPr="00D05FDC">
        <w:rPr>
          <w:lang w:val="pl-PL"/>
        </w:rPr>
        <w:br/>
        <w:t>zwan</w:t>
      </w:r>
      <w:r w:rsidR="008F781F" w:rsidRPr="00D05FDC">
        <w:rPr>
          <w:lang w:val="pl-PL"/>
        </w:rPr>
        <w:t>ym da</w:t>
      </w:r>
      <w:r w:rsidR="00BA2957" w:rsidRPr="00D05FDC">
        <w:rPr>
          <w:lang w:val="pl-PL"/>
        </w:rPr>
        <w:t>lej Zamawiającym, reprezentowan</w:t>
      </w:r>
      <w:r w:rsidR="008F781F" w:rsidRPr="00D05FDC">
        <w:rPr>
          <w:lang w:val="pl-PL"/>
        </w:rPr>
        <w:t xml:space="preserve">ym przez:  </w:t>
      </w:r>
      <w:r w:rsidR="008F781F" w:rsidRPr="00D05FDC">
        <w:rPr>
          <w:lang w:val="pl-PL"/>
        </w:rPr>
        <w:br/>
      </w:r>
      <w:r w:rsidR="00D35B50">
        <w:rPr>
          <w:rFonts w:eastAsia="Times New Roman" w:cstheme="minorHAnsi"/>
          <w:lang w:eastAsia="pl-PL"/>
        </w:rPr>
        <w:t>…………………………………………………………………………………………………….</w:t>
      </w:r>
    </w:p>
    <w:p w14:paraId="7D18FD83" w14:textId="5F13B7AD" w:rsidR="00340CDC" w:rsidRPr="00D05FDC" w:rsidRDefault="008F781F" w:rsidP="00384CE6">
      <w:pPr>
        <w:spacing w:after="0"/>
        <w:rPr>
          <w:lang w:val="pl-PL"/>
        </w:rPr>
      </w:pPr>
      <w:r w:rsidRPr="00D05FDC">
        <w:rPr>
          <w:lang w:val="pl-PL"/>
        </w:rPr>
        <w:t>przy kontrasygnacie finansowej Kwestora –</w:t>
      </w:r>
      <w:r w:rsidR="00D35B50">
        <w:rPr>
          <w:rFonts w:eastAsia="Times New Roman" w:cstheme="minorHAnsi"/>
          <w:lang w:eastAsia="pl-PL"/>
        </w:rPr>
        <w:t>…………………………………….</w:t>
      </w:r>
      <w:r w:rsidRPr="00D05FDC">
        <w:rPr>
          <w:lang w:val="pl-PL"/>
        </w:rPr>
        <w:br/>
        <w:t xml:space="preserve"> </w:t>
      </w:r>
      <w:r w:rsidRPr="00D05FDC">
        <w:rPr>
          <w:lang w:val="pl-PL"/>
        </w:rPr>
        <w:br/>
        <w:t xml:space="preserve">a  </w:t>
      </w:r>
    </w:p>
    <w:p w14:paraId="692EDD8D" w14:textId="64466EE4" w:rsidR="00340CDC" w:rsidRPr="00D05FDC" w:rsidRDefault="008F781F" w:rsidP="00384CE6">
      <w:pPr>
        <w:spacing w:after="0"/>
        <w:rPr>
          <w:lang w:val="pl-PL"/>
        </w:rPr>
      </w:pPr>
      <w:r w:rsidRPr="00D05FDC">
        <w:rPr>
          <w:lang w:val="pl-PL"/>
        </w:rPr>
        <w:br/>
      </w:r>
      <w:r w:rsidR="00340CDC" w:rsidRPr="00D05FDC">
        <w:rPr>
          <w:lang w:val="pl-PL"/>
        </w:rPr>
        <w:t>………………………………………………….</w:t>
      </w:r>
    </w:p>
    <w:p w14:paraId="19EEE745" w14:textId="23E6424F" w:rsidR="00EE3910" w:rsidRPr="00D05FDC" w:rsidRDefault="008F781F" w:rsidP="00384CE6">
      <w:pPr>
        <w:spacing w:after="0"/>
        <w:rPr>
          <w:lang w:val="pl-PL"/>
        </w:rPr>
      </w:pPr>
      <w:r w:rsidRPr="00D05FDC">
        <w:rPr>
          <w:lang w:val="pl-PL"/>
        </w:rPr>
        <w:t xml:space="preserve">NIP: </w:t>
      </w:r>
      <w:r w:rsidR="00340CDC" w:rsidRPr="00D05FDC">
        <w:rPr>
          <w:lang w:val="pl-PL"/>
        </w:rPr>
        <w:t>……………..</w:t>
      </w:r>
      <w:r w:rsidR="00EE3910" w:rsidRPr="00D05FDC">
        <w:rPr>
          <w:lang w:val="pl-PL"/>
        </w:rPr>
        <w:t>…</w:t>
      </w:r>
      <w:r w:rsidRPr="00D05FDC">
        <w:rPr>
          <w:lang w:val="pl-PL"/>
        </w:rPr>
        <w:t xml:space="preserve"> Regon: </w:t>
      </w:r>
      <w:r w:rsidR="00EE3910" w:rsidRPr="00D05FDC">
        <w:rPr>
          <w:lang w:val="pl-PL"/>
        </w:rPr>
        <w:t>…</w:t>
      </w:r>
      <w:r w:rsidR="00340CDC" w:rsidRPr="00D05FDC">
        <w:rPr>
          <w:lang w:val="pl-PL"/>
        </w:rPr>
        <w:t>………………………..</w:t>
      </w:r>
    </w:p>
    <w:p w14:paraId="4FC38C97" w14:textId="362C5F5D" w:rsidR="00164840" w:rsidRPr="00D05FDC" w:rsidRDefault="008F781F" w:rsidP="00384CE6">
      <w:pPr>
        <w:spacing w:after="0"/>
        <w:rPr>
          <w:lang w:val="pl-PL"/>
        </w:rPr>
      </w:pPr>
      <w:r w:rsidRPr="00D05FDC">
        <w:rPr>
          <w:lang w:val="pl-PL"/>
        </w:rPr>
        <w:t xml:space="preserve">zwanym dalej Wykonawcą, reprezentowanym przez:  </w:t>
      </w:r>
      <w:r w:rsidRPr="00D05FDC">
        <w:rPr>
          <w:lang w:val="pl-PL"/>
        </w:rPr>
        <w:br/>
      </w:r>
      <w:r w:rsidR="00340CDC" w:rsidRPr="00D05FDC">
        <w:rPr>
          <w:lang w:val="pl-PL"/>
        </w:rPr>
        <w:t>………………………………………………….</w:t>
      </w:r>
      <w:r w:rsidRPr="00D05FDC">
        <w:rPr>
          <w:lang w:val="pl-PL"/>
        </w:rPr>
        <w:t xml:space="preserve">  </w:t>
      </w:r>
      <w:r w:rsidRPr="00D05FDC">
        <w:rPr>
          <w:lang w:val="pl-PL"/>
        </w:rPr>
        <w:br/>
        <w:t xml:space="preserve">zwanymi dalej z osobna Stroną lub łącznie Stronami,  </w:t>
      </w:r>
      <w:r w:rsidRPr="00D05FDC">
        <w:rPr>
          <w:lang w:val="pl-PL"/>
        </w:rPr>
        <w:br/>
        <w:t xml:space="preserve"> </w:t>
      </w:r>
      <w:r w:rsidRPr="00D05FDC">
        <w:rPr>
          <w:lang w:val="pl-PL"/>
        </w:rPr>
        <w:br/>
        <w:t xml:space="preserve">w Gdyni została zawarta umowa następującej treści [Umowa]: </w:t>
      </w:r>
    </w:p>
    <w:p w14:paraId="4C68E6E2" w14:textId="1BF54FBB" w:rsidR="00164840" w:rsidRPr="00D05FDC" w:rsidRDefault="008F781F" w:rsidP="00384CE6">
      <w:pPr>
        <w:spacing w:after="0"/>
        <w:jc w:val="center"/>
        <w:rPr>
          <w:lang w:val="pl-PL"/>
        </w:rPr>
      </w:pPr>
      <w:r w:rsidRPr="00D05FDC">
        <w:rPr>
          <w:lang w:val="pl-PL"/>
        </w:rPr>
        <w:br/>
        <w:t xml:space="preserve">§ 1 </w:t>
      </w:r>
      <w:r w:rsidRPr="00D05FDC">
        <w:rPr>
          <w:lang w:val="pl-PL"/>
        </w:rPr>
        <w:br/>
        <w:t>PRZEDMIOT UMOWY</w:t>
      </w:r>
    </w:p>
    <w:p w14:paraId="4F803304" w14:textId="4A3576DC" w:rsidR="006F2829" w:rsidRPr="00D05FDC" w:rsidRDefault="008F781F" w:rsidP="006F2829">
      <w:pPr>
        <w:pStyle w:val="Akapitzlist"/>
        <w:numPr>
          <w:ilvl w:val="0"/>
          <w:numId w:val="10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Przedmiotem Umowy jest sprawowanie przez Wykonawcę opieki technicznej nad elektronicznymi systemami DSO </w:t>
      </w:r>
      <w:r w:rsidR="00EE3910" w:rsidRPr="00D05FDC">
        <w:rPr>
          <w:lang w:val="pl-PL"/>
        </w:rPr>
        <w:t>i SAP</w:t>
      </w:r>
      <w:r w:rsidRPr="00D05FDC">
        <w:rPr>
          <w:lang w:val="pl-PL"/>
        </w:rPr>
        <w:t xml:space="preserve">, w tym w szczególności poprzez ich bieżącą konserwację, przeglądy oraz usuwanie awarii </w:t>
      </w:r>
      <w:r w:rsidR="00340CDC" w:rsidRPr="00D05FDC">
        <w:rPr>
          <w:lang w:val="pl-PL"/>
        </w:rPr>
        <w:t>w </w:t>
      </w:r>
      <w:r w:rsidR="00EE3910" w:rsidRPr="00D05FDC">
        <w:rPr>
          <w:lang w:val="pl-PL"/>
        </w:rPr>
        <w:t>następujących</w:t>
      </w:r>
      <w:r w:rsidRPr="00D05FDC">
        <w:rPr>
          <w:lang w:val="pl-PL"/>
        </w:rPr>
        <w:t xml:space="preserve"> budynkach Uniwersyt</w:t>
      </w:r>
      <w:r w:rsidR="00BA2957" w:rsidRPr="00D05FDC">
        <w:rPr>
          <w:lang w:val="pl-PL"/>
        </w:rPr>
        <w:t>etu</w:t>
      </w:r>
      <w:r w:rsidRPr="00D05FDC">
        <w:rPr>
          <w:lang w:val="pl-PL"/>
        </w:rPr>
        <w:t xml:space="preserve"> Morski</w:t>
      </w:r>
      <w:r w:rsidR="002D1D0B" w:rsidRPr="00D05FDC">
        <w:rPr>
          <w:lang w:val="pl-PL"/>
        </w:rPr>
        <w:t>ego</w:t>
      </w:r>
      <w:r w:rsidRPr="00D05FDC">
        <w:rPr>
          <w:lang w:val="pl-PL"/>
        </w:rPr>
        <w:t xml:space="preserve"> w Gdyni:  </w:t>
      </w:r>
    </w:p>
    <w:p w14:paraId="51499B1D" w14:textId="0FD08F77" w:rsidR="006F2829" w:rsidRPr="00D05FDC" w:rsidRDefault="008F781F" w:rsidP="006F2829">
      <w:pPr>
        <w:pStyle w:val="Akapitzlist"/>
        <w:numPr>
          <w:ilvl w:val="0"/>
          <w:numId w:val="17"/>
        </w:numPr>
        <w:spacing w:after="0"/>
        <w:rPr>
          <w:lang w:val="pl-PL"/>
        </w:rPr>
      </w:pPr>
      <w:r w:rsidRPr="00D05FDC">
        <w:rPr>
          <w:lang w:val="pl-PL"/>
        </w:rPr>
        <w:t xml:space="preserve">w </w:t>
      </w:r>
      <w:r w:rsidR="00EE3910" w:rsidRPr="00D05FDC">
        <w:rPr>
          <w:lang w:val="pl-PL"/>
        </w:rPr>
        <w:t>budynku Studenckiego</w:t>
      </w:r>
      <w:r w:rsidRPr="00D05FDC">
        <w:rPr>
          <w:lang w:val="pl-PL"/>
        </w:rPr>
        <w:t xml:space="preserve"> Domu Marynarza Nr 2 – </w:t>
      </w:r>
      <w:r w:rsidR="006F2829" w:rsidRPr="00D05FDC">
        <w:rPr>
          <w:lang w:val="pl-PL"/>
        </w:rPr>
        <w:t xml:space="preserve">ul. Sędzickiego 19 Gdynia,  </w:t>
      </w:r>
    </w:p>
    <w:p w14:paraId="6089506A" w14:textId="77777777" w:rsidR="006F2829" w:rsidRPr="00D05FDC" w:rsidRDefault="008F781F" w:rsidP="006F2829">
      <w:pPr>
        <w:pStyle w:val="Akapitzlist"/>
        <w:numPr>
          <w:ilvl w:val="0"/>
          <w:numId w:val="17"/>
        </w:numPr>
        <w:spacing w:after="0"/>
        <w:rPr>
          <w:lang w:val="pl-PL"/>
        </w:rPr>
      </w:pPr>
      <w:r w:rsidRPr="00D05FDC">
        <w:rPr>
          <w:lang w:val="pl-PL"/>
        </w:rPr>
        <w:t xml:space="preserve">w budynku Studenckiego Domu Marynarza Nr 3 – ul. </w:t>
      </w:r>
      <w:r w:rsidR="006F2829" w:rsidRPr="00D05FDC">
        <w:rPr>
          <w:lang w:val="pl-PL"/>
        </w:rPr>
        <w:t xml:space="preserve">Beniowskiego 15/17 Gdynia,  </w:t>
      </w:r>
    </w:p>
    <w:p w14:paraId="0E27FA38" w14:textId="77777777" w:rsidR="006F2829" w:rsidRPr="00D05FDC" w:rsidRDefault="008F781F" w:rsidP="006F2829">
      <w:pPr>
        <w:pStyle w:val="Akapitzlist"/>
        <w:numPr>
          <w:ilvl w:val="0"/>
          <w:numId w:val="17"/>
        </w:numPr>
        <w:spacing w:after="0"/>
        <w:rPr>
          <w:lang w:val="pl-PL"/>
        </w:rPr>
      </w:pPr>
      <w:r w:rsidRPr="00D05FDC">
        <w:rPr>
          <w:lang w:val="pl-PL"/>
        </w:rPr>
        <w:t xml:space="preserve">w budynku Studenckiego Domu Marynarza Nr 4 – ul. </w:t>
      </w:r>
      <w:r w:rsidR="006F2829" w:rsidRPr="00D05FDC">
        <w:rPr>
          <w:lang w:val="pl-PL"/>
        </w:rPr>
        <w:t xml:space="preserve">Beniowskiego 20/22 Gdynia,  </w:t>
      </w:r>
    </w:p>
    <w:p w14:paraId="4A57EFC8" w14:textId="31B2200A" w:rsidR="006F2829" w:rsidRPr="00D05FDC" w:rsidRDefault="008F781F" w:rsidP="006F2829">
      <w:pPr>
        <w:pStyle w:val="Akapitzlist"/>
        <w:numPr>
          <w:ilvl w:val="0"/>
          <w:numId w:val="17"/>
        </w:numPr>
        <w:spacing w:after="0"/>
        <w:rPr>
          <w:lang w:val="pl-PL"/>
        </w:rPr>
      </w:pPr>
      <w:r w:rsidRPr="00D05FDC">
        <w:rPr>
          <w:lang w:val="pl-PL"/>
        </w:rPr>
        <w:t xml:space="preserve">w budynku I UMG </w:t>
      </w:r>
      <w:r w:rsidR="00EE3910" w:rsidRPr="00D05FDC">
        <w:rPr>
          <w:lang w:val="pl-PL"/>
        </w:rPr>
        <w:t>ul.</w:t>
      </w:r>
      <w:r w:rsidR="006F2829" w:rsidRPr="00D05FDC">
        <w:rPr>
          <w:lang w:val="pl-PL"/>
        </w:rPr>
        <w:t xml:space="preserve"> Morska 81 -87 Gdynia</w:t>
      </w:r>
      <w:r w:rsidR="00FD08F1" w:rsidRPr="00D05FDC">
        <w:rPr>
          <w:lang w:val="pl-PL"/>
        </w:rPr>
        <w:t>,</w:t>
      </w:r>
      <w:r w:rsidR="006F2829" w:rsidRPr="00D05FDC">
        <w:rPr>
          <w:lang w:val="pl-PL"/>
        </w:rPr>
        <w:t xml:space="preserve">  </w:t>
      </w:r>
    </w:p>
    <w:p w14:paraId="7D82D19D" w14:textId="1983F102" w:rsidR="006F2829" w:rsidRPr="00D05FDC" w:rsidRDefault="008F781F" w:rsidP="006F2829">
      <w:pPr>
        <w:pStyle w:val="Akapitzlist"/>
        <w:numPr>
          <w:ilvl w:val="0"/>
          <w:numId w:val="17"/>
        </w:numPr>
        <w:spacing w:after="0"/>
        <w:rPr>
          <w:lang w:val="pl-PL"/>
        </w:rPr>
      </w:pPr>
      <w:r w:rsidRPr="00D05FDC">
        <w:rPr>
          <w:lang w:val="pl-PL"/>
        </w:rPr>
        <w:t>w budynku K - ul. Morska 81 -87 Gdynia</w:t>
      </w:r>
      <w:r w:rsidR="00FD08F1" w:rsidRPr="00D05FDC">
        <w:rPr>
          <w:lang w:val="pl-PL"/>
        </w:rPr>
        <w:t>,</w:t>
      </w:r>
      <w:r w:rsidR="006F2829" w:rsidRPr="00D05FDC">
        <w:rPr>
          <w:lang w:val="pl-PL"/>
        </w:rPr>
        <w:t xml:space="preserve">  </w:t>
      </w:r>
    </w:p>
    <w:p w14:paraId="05643830" w14:textId="77777777" w:rsidR="006F2829" w:rsidRPr="00D05FDC" w:rsidRDefault="00EE3910" w:rsidP="006F2829">
      <w:pPr>
        <w:pStyle w:val="Akapitzlist"/>
        <w:numPr>
          <w:ilvl w:val="0"/>
          <w:numId w:val="17"/>
        </w:numPr>
        <w:spacing w:after="0"/>
        <w:rPr>
          <w:lang w:val="pl-PL"/>
        </w:rPr>
      </w:pPr>
      <w:r w:rsidRPr="00D05FDC">
        <w:rPr>
          <w:lang w:val="pl-PL"/>
        </w:rPr>
        <w:t>w budynku</w:t>
      </w:r>
      <w:r w:rsidR="008F781F" w:rsidRPr="00D05FDC">
        <w:rPr>
          <w:lang w:val="pl-PL"/>
        </w:rPr>
        <w:t xml:space="preserve"> II UMG ul. A</w:t>
      </w:r>
      <w:r w:rsidR="006F2829" w:rsidRPr="00D05FDC">
        <w:rPr>
          <w:lang w:val="pl-PL"/>
        </w:rPr>
        <w:t xml:space="preserve">l. Jana Pawła II 3 Gdynia,  </w:t>
      </w:r>
    </w:p>
    <w:p w14:paraId="5CBCE480" w14:textId="53808B13" w:rsidR="00164840" w:rsidRPr="00D05FDC" w:rsidRDefault="008F781F" w:rsidP="006F2829">
      <w:pPr>
        <w:pStyle w:val="Akapitzlist"/>
        <w:numPr>
          <w:ilvl w:val="0"/>
          <w:numId w:val="17"/>
        </w:numPr>
        <w:spacing w:after="0"/>
        <w:rPr>
          <w:lang w:val="pl-PL"/>
        </w:rPr>
      </w:pPr>
      <w:r w:rsidRPr="00D05FDC">
        <w:rPr>
          <w:lang w:val="pl-PL"/>
        </w:rPr>
        <w:t>w budynku, ul. Roberta de Plelo 20 Gdańsk</w:t>
      </w:r>
      <w:r w:rsidR="00164840" w:rsidRPr="00D05FDC">
        <w:rPr>
          <w:lang w:val="pl-PL"/>
        </w:rPr>
        <w:t>,</w:t>
      </w:r>
    </w:p>
    <w:p w14:paraId="7B02F38E" w14:textId="001DBAA1" w:rsidR="00164840" w:rsidRPr="00D05FDC" w:rsidRDefault="00164840" w:rsidP="006F2829">
      <w:pPr>
        <w:pStyle w:val="Akapitzlist"/>
        <w:numPr>
          <w:ilvl w:val="0"/>
          <w:numId w:val="10"/>
        </w:numPr>
        <w:spacing w:after="0"/>
        <w:ind w:left="426" w:hanging="426"/>
        <w:rPr>
          <w:lang w:val="pl-PL"/>
        </w:rPr>
      </w:pPr>
      <w:r w:rsidRPr="00D05FDC">
        <w:rPr>
          <w:lang w:val="pl-PL"/>
        </w:rPr>
        <w:t xml:space="preserve">Wykonawca oświadcza, że posiada niezbędne uprawnienia oraz posiada niezbędne kwalifikacje do pełnej realizacji przedmiotu Umowy.  </w:t>
      </w:r>
    </w:p>
    <w:p w14:paraId="1BDB18D3" w14:textId="3F54276D" w:rsidR="00164840" w:rsidRPr="00D05FDC" w:rsidRDefault="008F781F" w:rsidP="00384CE6">
      <w:pPr>
        <w:spacing w:after="0"/>
        <w:jc w:val="center"/>
        <w:rPr>
          <w:lang w:val="pl-PL"/>
        </w:rPr>
      </w:pPr>
      <w:r w:rsidRPr="00D05FDC">
        <w:rPr>
          <w:lang w:val="pl-PL"/>
        </w:rPr>
        <w:br/>
        <w:t xml:space="preserve">§ 2 </w:t>
      </w:r>
      <w:r w:rsidRPr="00D05FDC">
        <w:rPr>
          <w:lang w:val="pl-PL"/>
        </w:rPr>
        <w:br/>
        <w:t>OBOWIĄZKI WYKONAWCY</w:t>
      </w:r>
    </w:p>
    <w:p w14:paraId="4AFC251A" w14:textId="05BCB89F" w:rsidR="006F2829" w:rsidRPr="00D05FDC" w:rsidRDefault="008F781F">
      <w:pPr>
        <w:pStyle w:val="Akapitzlist"/>
        <w:numPr>
          <w:ilvl w:val="0"/>
          <w:numId w:val="11"/>
        </w:numPr>
        <w:spacing w:after="0"/>
        <w:ind w:left="426" w:hanging="426"/>
        <w:jc w:val="both"/>
      </w:pPr>
      <w:r w:rsidRPr="00D05FDC">
        <w:rPr>
          <w:lang w:val="pl-PL"/>
        </w:rPr>
        <w:t>Wykonawca jest zobowiązany do realizacji Umowy z najwyższą starannością.</w:t>
      </w:r>
      <w:r w:rsidR="00137F6B" w:rsidRPr="00D05FDC">
        <w:rPr>
          <w:lang w:val="pl-PL"/>
        </w:rPr>
        <w:t xml:space="preserve"> </w:t>
      </w:r>
      <w:r w:rsidRPr="00D05FDC">
        <w:rPr>
          <w:lang w:val="pl-PL"/>
        </w:rPr>
        <w:t>Wykonawca zobowiązuje się do okresowej konserwacji i przeglądu technicznego oraz całodobowego świadczenia odpłatnych usług serwisowych w ramach utrzymania w/</w:t>
      </w:r>
      <w:r w:rsidR="00EE3910" w:rsidRPr="00D05FDC">
        <w:rPr>
          <w:lang w:val="pl-PL"/>
        </w:rPr>
        <w:t>w systemów</w:t>
      </w:r>
      <w:r w:rsidRPr="00D05FDC">
        <w:rPr>
          <w:lang w:val="pl-PL"/>
        </w:rPr>
        <w:t xml:space="preserve"> w stanie sprawności technicznej /zgodnie z pkt § 1.</w:t>
      </w:r>
      <w:r w:rsidR="00164840" w:rsidRPr="00D05FDC">
        <w:rPr>
          <w:lang w:val="pl-PL"/>
        </w:rPr>
        <w:t xml:space="preserve"> Wykon</w:t>
      </w:r>
      <w:r w:rsidR="00112326" w:rsidRPr="00D05FDC">
        <w:rPr>
          <w:lang w:val="pl-PL"/>
        </w:rPr>
        <w:t>aw</w:t>
      </w:r>
      <w:r w:rsidR="00164840" w:rsidRPr="00D05FDC">
        <w:rPr>
          <w:lang w:val="pl-PL"/>
        </w:rPr>
        <w:t xml:space="preserve">ca odpowiada za </w:t>
      </w:r>
      <w:r w:rsidR="00830812" w:rsidRPr="00D05FDC">
        <w:rPr>
          <w:lang w:val="pl-PL"/>
        </w:rPr>
        <w:t xml:space="preserve">dokonywanie terminowych przeglądów zgodnie z przepisami rozporządzenia Ministra Spraw Wewnętrznych i Administracji z dnia 7 czerwca 2010 r. w sprawie ochrony przeciwpożarowej </w:t>
      </w:r>
      <w:r w:rsidR="00830812" w:rsidRPr="00D05FDC">
        <w:rPr>
          <w:lang w:val="pl-PL"/>
        </w:rPr>
        <w:lastRenderedPageBreak/>
        <w:t>budynków, innych obiektów budowlanych i terenów (</w:t>
      </w:r>
      <w:proofErr w:type="spellStart"/>
      <w:r w:rsidR="00830812" w:rsidRPr="00D05FDC">
        <w:rPr>
          <w:lang w:val="pl-PL"/>
        </w:rPr>
        <w:t>t.j</w:t>
      </w:r>
      <w:proofErr w:type="spellEnd"/>
      <w:r w:rsidR="00830812" w:rsidRPr="00D05FDC">
        <w:rPr>
          <w:lang w:val="pl-PL"/>
        </w:rPr>
        <w:t>. Dz. U. z 2023 r. poz. 822 z późn. zm.), bez wezwania Zamawiającego</w:t>
      </w:r>
      <w:r w:rsidR="00830812" w:rsidRPr="00D05FDC" w:rsidDel="00830812">
        <w:rPr>
          <w:lang w:val="pl-PL"/>
        </w:rPr>
        <w:t xml:space="preserve"> </w:t>
      </w:r>
      <w:r w:rsidR="00164840" w:rsidRPr="00D05FDC">
        <w:rPr>
          <w:lang w:val="pl-PL"/>
        </w:rPr>
        <w:t>.</w:t>
      </w:r>
    </w:p>
    <w:p w14:paraId="11D893E7" w14:textId="77777777" w:rsidR="006F2829" w:rsidRPr="00D05FDC" w:rsidRDefault="008F781F" w:rsidP="002B6890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Wykonawca zobowiązuje się do przystąpienia do usuwania awarii systemów, bezzwłocznie od chwili otrzymania zgłoszenia pisemnego lub telefonicznego, jednak </w:t>
      </w:r>
      <w:r w:rsidR="00EE3910" w:rsidRPr="00D05FDC">
        <w:rPr>
          <w:lang w:val="pl-PL"/>
        </w:rPr>
        <w:t>w czasie</w:t>
      </w:r>
      <w:r w:rsidR="006F2829" w:rsidRPr="00D05FDC">
        <w:rPr>
          <w:lang w:val="pl-PL"/>
        </w:rPr>
        <w:t xml:space="preserve"> nie dłuższym niż:  </w:t>
      </w:r>
    </w:p>
    <w:p w14:paraId="1085C466" w14:textId="77777777" w:rsidR="006F2829" w:rsidRPr="00D05FDC" w:rsidRDefault="008F781F" w:rsidP="002B6890">
      <w:pPr>
        <w:pStyle w:val="Akapitzlist"/>
        <w:numPr>
          <w:ilvl w:val="0"/>
          <w:numId w:val="15"/>
        </w:numPr>
        <w:spacing w:after="0"/>
        <w:ind w:left="851" w:hanging="425"/>
        <w:jc w:val="both"/>
        <w:rPr>
          <w:lang w:val="pl-PL"/>
        </w:rPr>
      </w:pPr>
      <w:r w:rsidRPr="00D05FDC">
        <w:rPr>
          <w:lang w:val="pl-PL"/>
        </w:rPr>
        <w:t>gdy awaria nastąpi w godzinach 7.15 -15.15 – Wykonawca/ Serwisant powinien stawić się w miejscu wystąpienia awarii i przystąpić do jej usuwania w czasie nie dłuższym n</w:t>
      </w:r>
      <w:r w:rsidR="006F2829" w:rsidRPr="00D05FDC">
        <w:rPr>
          <w:lang w:val="pl-PL"/>
        </w:rPr>
        <w:t xml:space="preserve">iż 6 godz. od z głoszenia,  </w:t>
      </w:r>
    </w:p>
    <w:p w14:paraId="13B74F26" w14:textId="7ECE6B52" w:rsidR="006F2829" w:rsidRPr="00D05FDC" w:rsidRDefault="008F781F" w:rsidP="002B6890">
      <w:pPr>
        <w:pStyle w:val="Akapitzlist"/>
        <w:numPr>
          <w:ilvl w:val="0"/>
          <w:numId w:val="15"/>
        </w:numPr>
        <w:spacing w:after="0"/>
        <w:ind w:left="851" w:hanging="425"/>
        <w:jc w:val="both"/>
        <w:rPr>
          <w:lang w:val="pl-PL"/>
        </w:rPr>
      </w:pPr>
      <w:r w:rsidRPr="00D05FDC">
        <w:rPr>
          <w:lang w:val="pl-PL"/>
        </w:rPr>
        <w:t xml:space="preserve">gdy awaria nastąpi po 15.15 Wykonawca/ </w:t>
      </w:r>
      <w:r w:rsidR="00EE3910" w:rsidRPr="00D05FDC">
        <w:rPr>
          <w:lang w:val="pl-PL"/>
        </w:rPr>
        <w:t>Serwisant powinien</w:t>
      </w:r>
      <w:r w:rsidRPr="00D05FDC">
        <w:rPr>
          <w:lang w:val="pl-PL"/>
        </w:rPr>
        <w:t xml:space="preserve"> stawić się w miejscu awarii </w:t>
      </w:r>
      <w:r w:rsidR="00137F6B" w:rsidRPr="00D05FDC">
        <w:rPr>
          <w:lang w:val="pl-PL"/>
        </w:rPr>
        <w:t>i przystąpić</w:t>
      </w:r>
      <w:r w:rsidRPr="00D05FDC">
        <w:rPr>
          <w:lang w:val="pl-PL"/>
        </w:rPr>
        <w:t xml:space="preserve"> do jej usuwania nie później niż do</w:t>
      </w:r>
      <w:r w:rsidR="006F2829" w:rsidRPr="00D05FDC">
        <w:rPr>
          <w:lang w:val="pl-PL"/>
        </w:rPr>
        <w:t xml:space="preserve"> godz. 10 dnia następnego,  </w:t>
      </w:r>
    </w:p>
    <w:p w14:paraId="5B79C6C9" w14:textId="41F94ACC" w:rsidR="006F2829" w:rsidRPr="00D05FDC" w:rsidRDefault="008F781F" w:rsidP="002B6890">
      <w:pPr>
        <w:pStyle w:val="Akapitzlist"/>
        <w:numPr>
          <w:ilvl w:val="0"/>
          <w:numId w:val="15"/>
        </w:numPr>
        <w:spacing w:after="0"/>
        <w:ind w:left="851" w:hanging="425"/>
        <w:jc w:val="both"/>
        <w:rPr>
          <w:lang w:val="pl-PL"/>
        </w:rPr>
      </w:pPr>
      <w:r w:rsidRPr="00D05FDC">
        <w:rPr>
          <w:lang w:val="pl-PL"/>
        </w:rPr>
        <w:t xml:space="preserve">gdy awaria nastąpi w dni ustawowo wolne od pracy lub święta państwowe Wykonawca/ Serwisant powinien stawić się w miejscu awarii i przystąpić do jej usuwania w czasie nie dłuższym niż </w:t>
      </w:r>
      <w:r w:rsidR="00EE3910" w:rsidRPr="00D05FDC">
        <w:rPr>
          <w:lang w:val="pl-PL"/>
        </w:rPr>
        <w:t>24 godz</w:t>
      </w:r>
      <w:r w:rsidR="006F2829" w:rsidRPr="00D05FDC">
        <w:rPr>
          <w:lang w:val="pl-PL"/>
        </w:rPr>
        <w:t xml:space="preserve">. od zgłoszenia.  </w:t>
      </w:r>
    </w:p>
    <w:p w14:paraId="46D82A27" w14:textId="6DD7681A" w:rsidR="006F2829" w:rsidRPr="00D05FDC" w:rsidRDefault="008F781F" w:rsidP="006F2829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Wykonawca zobowiązuje się do posiadania punktu serwisowego na terenie Gdyni lub w promieniu do 50 kilometrów od Gdyni najpóźniej o d dnia zawarcia Umowy i przez cały okres jej obowiązywania. Wykonawca zawiadomi pisemnie Zamawiają</w:t>
      </w:r>
      <w:r w:rsidR="006F2829" w:rsidRPr="00D05FDC">
        <w:rPr>
          <w:lang w:val="pl-PL"/>
        </w:rPr>
        <w:t>cego</w:t>
      </w:r>
      <w:r w:rsidRPr="00D05FDC">
        <w:rPr>
          <w:lang w:val="pl-PL"/>
        </w:rPr>
        <w:t xml:space="preserve">: </w:t>
      </w:r>
    </w:p>
    <w:p w14:paraId="733E79E3" w14:textId="7CB40C78" w:rsidR="006F2829" w:rsidRPr="00D05FDC" w:rsidRDefault="00137F6B" w:rsidP="006F2829">
      <w:pPr>
        <w:pStyle w:val="Akapitzlist"/>
        <w:numPr>
          <w:ilvl w:val="0"/>
          <w:numId w:val="18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bezzwłocznie,</w:t>
      </w:r>
      <w:r w:rsidR="008F781F" w:rsidRPr="00D05FDC">
        <w:rPr>
          <w:lang w:val="pl-PL"/>
        </w:rPr>
        <w:t xml:space="preserve"> lecz nie później niż w terminie 3 dni od dnia zawarcia Umowy o lokalizacj</w:t>
      </w:r>
      <w:r w:rsidR="006F2829" w:rsidRPr="00D05FDC">
        <w:rPr>
          <w:lang w:val="pl-PL"/>
        </w:rPr>
        <w:t xml:space="preserve">i punktu serwisowego oraz,  </w:t>
      </w:r>
    </w:p>
    <w:p w14:paraId="3F0CBEFE" w14:textId="13B81F69" w:rsidR="006F2829" w:rsidRPr="00D05FDC" w:rsidRDefault="00137F6B" w:rsidP="006F2829">
      <w:pPr>
        <w:pStyle w:val="Akapitzlist"/>
        <w:numPr>
          <w:ilvl w:val="0"/>
          <w:numId w:val="18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bezzwłocznie,</w:t>
      </w:r>
      <w:r w:rsidR="00BA2957" w:rsidRPr="00D05FDC">
        <w:rPr>
          <w:lang w:val="pl-PL"/>
        </w:rPr>
        <w:t xml:space="preserve"> lecz nie później niż w t</w:t>
      </w:r>
      <w:r w:rsidR="008F781F" w:rsidRPr="00D05FDC">
        <w:rPr>
          <w:lang w:val="pl-PL"/>
        </w:rPr>
        <w:t>erminie 3 dni o zmianie loka</w:t>
      </w:r>
      <w:r w:rsidR="006F2829" w:rsidRPr="00D05FDC">
        <w:rPr>
          <w:lang w:val="pl-PL"/>
        </w:rPr>
        <w:t xml:space="preserve">lizacji punktu serwisowego.  </w:t>
      </w:r>
    </w:p>
    <w:p w14:paraId="240643AC" w14:textId="4D8B939B" w:rsidR="006F2829" w:rsidRPr="00D05FDC" w:rsidRDefault="008F781F" w:rsidP="006F2829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Wykonawca będzie dokonywał przeglądów systemów opisanych w § 1 Umowy, regularnie, zgodnie </w:t>
      </w:r>
      <w:r w:rsidR="00EE3910" w:rsidRPr="00D05FDC">
        <w:rPr>
          <w:lang w:val="pl-PL"/>
        </w:rPr>
        <w:t>z opisem</w:t>
      </w:r>
      <w:r w:rsidRPr="00D05FDC">
        <w:rPr>
          <w:lang w:val="pl-PL"/>
        </w:rPr>
        <w:t xml:space="preserve"> przedmiotu </w:t>
      </w:r>
      <w:r w:rsidR="00EE3910" w:rsidRPr="00D05FDC">
        <w:rPr>
          <w:lang w:val="pl-PL"/>
        </w:rPr>
        <w:t>zamówienia,</w:t>
      </w:r>
      <w:r w:rsidRPr="00D05FDC">
        <w:rPr>
          <w:lang w:val="pl-PL"/>
        </w:rPr>
        <w:t xml:space="preserve"> przy czym pierwszy przegląd odbędzie się </w:t>
      </w:r>
      <w:r w:rsidR="00137F6B" w:rsidRPr="00D05FDC">
        <w:rPr>
          <w:lang w:val="pl-PL"/>
        </w:rPr>
        <w:t xml:space="preserve">nie później </w:t>
      </w:r>
      <w:r w:rsidRPr="00D05FDC">
        <w:rPr>
          <w:lang w:val="pl-PL"/>
        </w:rPr>
        <w:t xml:space="preserve">w </w:t>
      </w:r>
      <w:r w:rsidR="00137F6B" w:rsidRPr="00D05FDC">
        <w:rPr>
          <w:lang w:val="pl-PL"/>
        </w:rPr>
        <w:t>październiku</w:t>
      </w:r>
      <w:r w:rsidRPr="00D05FDC">
        <w:rPr>
          <w:lang w:val="pl-PL"/>
        </w:rPr>
        <w:t xml:space="preserve"> </w:t>
      </w:r>
      <w:r w:rsidR="00137F6B" w:rsidRPr="00D05FDC">
        <w:rPr>
          <w:lang w:val="pl-PL"/>
        </w:rPr>
        <w:t>każdego roku</w:t>
      </w:r>
      <w:r w:rsidRPr="00D05FDC">
        <w:rPr>
          <w:lang w:val="pl-PL"/>
        </w:rPr>
        <w:t xml:space="preserve"> w terminie wskazanym przez</w:t>
      </w:r>
      <w:r w:rsidR="00EE3910" w:rsidRPr="00D05FDC">
        <w:rPr>
          <w:lang w:val="pl-PL"/>
        </w:rPr>
        <w:t xml:space="preserve"> </w:t>
      </w:r>
      <w:r w:rsidR="006F2829" w:rsidRPr="00D05FDC">
        <w:rPr>
          <w:lang w:val="pl-PL"/>
        </w:rPr>
        <w:t xml:space="preserve">Zamawiającego.  </w:t>
      </w:r>
    </w:p>
    <w:p w14:paraId="760F423D" w14:textId="77777777" w:rsidR="006F2829" w:rsidRPr="00D05FDC" w:rsidRDefault="008F781F" w:rsidP="006F2829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W ramach każdego z przeglądów wykonawca wykona wszelkie prace regulacyjne, konserwacyjne oraz naprawy niezbędne dla sprawnego działania systemu zgodnie z zapisami op</w:t>
      </w:r>
      <w:r w:rsidR="006F2829" w:rsidRPr="00D05FDC">
        <w:rPr>
          <w:lang w:val="pl-PL"/>
        </w:rPr>
        <w:t>isu przedmiotu zamówienia.</w:t>
      </w:r>
    </w:p>
    <w:p w14:paraId="173ACA0F" w14:textId="6F244840" w:rsidR="001274E0" w:rsidRPr="00D05FDC" w:rsidRDefault="008F781F" w:rsidP="006F2829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Wykonawca założy i pozostawi w siedzibie zamawiającego Książkę Kontroli, w której będą dokonywane z</w:t>
      </w:r>
      <w:r w:rsidR="006F2829" w:rsidRPr="00D05FDC">
        <w:rPr>
          <w:lang w:val="pl-PL"/>
        </w:rPr>
        <w:t xml:space="preserve">apisy o </w:t>
      </w:r>
      <w:r w:rsidRPr="00D05FDC">
        <w:rPr>
          <w:lang w:val="pl-PL"/>
        </w:rPr>
        <w:t xml:space="preserve">wszelkich zdarzeniach związanych z funkcjonowaniem systemów, o których mowa w § 1 Umowy.  </w:t>
      </w:r>
    </w:p>
    <w:p w14:paraId="008D2884" w14:textId="42580C6C" w:rsidR="001274E0" w:rsidRPr="00D05FDC" w:rsidRDefault="008F781F" w:rsidP="00384CE6">
      <w:pPr>
        <w:spacing w:after="0"/>
        <w:jc w:val="center"/>
        <w:rPr>
          <w:lang w:val="pl-PL"/>
        </w:rPr>
      </w:pPr>
      <w:r w:rsidRPr="00D05FDC">
        <w:rPr>
          <w:lang w:val="pl-PL"/>
        </w:rPr>
        <w:br/>
        <w:t xml:space="preserve">§ 3 </w:t>
      </w:r>
      <w:r w:rsidRPr="00D05FDC">
        <w:rPr>
          <w:lang w:val="pl-PL"/>
        </w:rPr>
        <w:br/>
        <w:t>WYNAGRODZENIE WYKONAWCY</w:t>
      </w:r>
    </w:p>
    <w:p w14:paraId="7C739F04" w14:textId="46ECD6FE" w:rsidR="006F2829" w:rsidRPr="00D05FDC" w:rsidRDefault="008F781F" w:rsidP="002B6890">
      <w:pPr>
        <w:pStyle w:val="Akapitzlist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Łączna szacunkowa wartość wynagrodzenia nie może </w:t>
      </w:r>
      <w:r w:rsidR="00EE3910" w:rsidRPr="00D05FDC">
        <w:rPr>
          <w:lang w:val="pl-PL"/>
        </w:rPr>
        <w:t>w okresie</w:t>
      </w:r>
      <w:r w:rsidRPr="00D05FDC">
        <w:rPr>
          <w:lang w:val="pl-PL"/>
        </w:rPr>
        <w:t xml:space="preserve"> 24 miesięcy przekroczyć kwoty brutto </w:t>
      </w:r>
      <w:r w:rsidR="00EE3910" w:rsidRPr="00D05FDC">
        <w:rPr>
          <w:lang w:val="pl-PL"/>
        </w:rPr>
        <w:t>….</w:t>
      </w:r>
      <w:r w:rsidRPr="00D05FDC">
        <w:rPr>
          <w:lang w:val="pl-PL"/>
        </w:rPr>
        <w:t xml:space="preserve"> zł (słownie: </w:t>
      </w:r>
      <w:r w:rsidR="00EE3910" w:rsidRPr="00D05FDC">
        <w:rPr>
          <w:lang w:val="pl-PL"/>
        </w:rPr>
        <w:t>…</w:t>
      </w:r>
      <w:r w:rsidRPr="00D05FDC">
        <w:rPr>
          <w:lang w:val="pl-PL"/>
        </w:rPr>
        <w:t xml:space="preserve"> złotych 00/100), zgodnie z ofertą stanowiącą załą</w:t>
      </w:r>
      <w:r w:rsidR="006F2829" w:rsidRPr="00D05FDC">
        <w:rPr>
          <w:lang w:val="pl-PL"/>
        </w:rPr>
        <w:t xml:space="preserve">cznik do niniejszej umowy.  </w:t>
      </w:r>
    </w:p>
    <w:p w14:paraId="2CAE9173" w14:textId="77777777" w:rsidR="006F2829" w:rsidRPr="00D05FDC" w:rsidRDefault="008F781F" w:rsidP="002B6890">
      <w:pPr>
        <w:pStyle w:val="Akapitzlist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Z tytułu należytego i terminowego wykonania Umowy Zamawiający zobowiązuje się zapłacić Wykonawcy wynag</w:t>
      </w:r>
      <w:r w:rsidR="006F2829" w:rsidRPr="00D05FDC">
        <w:rPr>
          <w:lang w:val="pl-PL"/>
        </w:rPr>
        <w:t xml:space="preserve">rodzenie zgodnie z Ofertą.  </w:t>
      </w:r>
    </w:p>
    <w:p w14:paraId="6A6D1513" w14:textId="0700AC3D" w:rsidR="006F2829" w:rsidRPr="00D05FDC" w:rsidRDefault="008F781F" w:rsidP="002B6890">
      <w:pPr>
        <w:pStyle w:val="Akapitzlist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Zapłata wynagrodzenia Wykonawcy nastąpi każdorazowo w terminie 14 dni na podstawie sporządzonego przez Strony protokołu potwierdzające bezusterkowe wykonanie przez Wykonawcę usług stanowiących przedmiot Umowy i otrzymaniu przez Zamawiającego prawidłowo wystaw</w:t>
      </w:r>
      <w:r w:rsidR="006F2829" w:rsidRPr="00D05FDC">
        <w:rPr>
          <w:lang w:val="pl-PL"/>
        </w:rPr>
        <w:t xml:space="preserve">ionej faktury . </w:t>
      </w:r>
    </w:p>
    <w:p w14:paraId="6F9D7BBF" w14:textId="77777777" w:rsidR="006F2829" w:rsidRPr="00D05FDC" w:rsidRDefault="008F781F" w:rsidP="002B6890">
      <w:pPr>
        <w:pStyle w:val="Akapitzlist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Wykonawca oświadcza, że jest płatnikiem VAT i</w:t>
      </w:r>
      <w:r w:rsidR="006F2829" w:rsidRPr="00D05FDC">
        <w:rPr>
          <w:lang w:val="pl-PL"/>
        </w:rPr>
        <w:t xml:space="preserve"> posiada NIP 586-010-29-49. </w:t>
      </w:r>
    </w:p>
    <w:p w14:paraId="0DDE1D4A" w14:textId="77777777" w:rsidR="006F2829" w:rsidRPr="00D05FDC" w:rsidRDefault="008F781F" w:rsidP="002B6890">
      <w:pPr>
        <w:pStyle w:val="Akapitzlist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Zamawiający oświadcza, że </w:t>
      </w:r>
      <w:r w:rsidR="006F2829" w:rsidRPr="00D05FDC">
        <w:rPr>
          <w:lang w:val="pl-PL"/>
        </w:rPr>
        <w:t xml:space="preserve">posiada NIP  586-001-28-73. </w:t>
      </w:r>
    </w:p>
    <w:p w14:paraId="36C183AC" w14:textId="0B63C736" w:rsidR="001274E0" w:rsidRPr="00D05FDC" w:rsidRDefault="008F781F" w:rsidP="002B6890">
      <w:pPr>
        <w:pStyle w:val="Akapitzlist"/>
        <w:numPr>
          <w:ilvl w:val="0"/>
          <w:numId w:val="19"/>
        </w:numPr>
        <w:tabs>
          <w:tab w:val="left" w:pos="426"/>
        </w:tabs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Zamawiający upoważnia Wykonawcę do wystawiania faktur VAT bez konieczności </w:t>
      </w:r>
      <w:r w:rsidR="00EE3910" w:rsidRPr="00D05FDC">
        <w:rPr>
          <w:lang w:val="pl-PL"/>
        </w:rPr>
        <w:t>uzyskiwania podpisu</w:t>
      </w:r>
      <w:r w:rsidRPr="00D05FDC">
        <w:rPr>
          <w:lang w:val="pl-PL"/>
        </w:rPr>
        <w:t xml:space="preserve">. </w:t>
      </w:r>
    </w:p>
    <w:p w14:paraId="4AF2EF0F" w14:textId="64C9F175" w:rsidR="001274E0" w:rsidRPr="00D05FDC" w:rsidRDefault="008F781F" w:rsidP="00384CE6">
      <w:pPr>
        <w:spacing w:after="0"/>
        <w:jc w:val="center"/>
        <w:rPr>
          <w:lang w:val="pl-PL"/>
        </w:rPr>
      </w:pPr>
      <w:r w:rsidRPr="00D05FDC">
        <w:rPr>
          <w:lang w:val="pl-PL"/>
        </w:rPr>
        <w:br/>
        <w:t xml:space="preserve">§ 4 </w:t>
      </w:r>
      <w:r w:rsidRPr="00D05FDC">
        <w:rPr>
          <w:lang w:val="pl-PL"/>
        </w:rPr>
        <w:br/>
        <w:t>OSOBY DO KONTAKTU</w:t>
      </w:r>
    </w:p>
    <w:p w14:paraId="7E37EF1F" w14:textId="6242A559" w:rsidR="006F2829" w:rsidRPr="00D05FDC" w:rsidRDefault="008F781F" w:rsidP="002B6890">
      <w:pPr>
        <w:pStyle w:val="Akapitzlist"/>
        <w:numPr>
          <w:ilvl w:val="0"/>
          <w:numId w:val="21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Do kontaktu z Wykonawcą ze strony Za</w:t>
      </w:r>
      <w:r w:rsidR="006F2829" w:rsidRPr="00D05FDC">
        <w:rPr>
          <w:lang w:val="pl-PL"/>
        </w:rPr>
        <w:t xml:space="preserve">mawiającego upoważnia się:  </w:t>
      </w:r>
    </w:p>
    <w:p w14:paraId="376A1CE5" w14:textId="06166A7C" w:rsidR="006F2829" w:rsidRPr="00D05FDC" w:rsidRDefault="008F781F" w:rsidP="006F2829">
      <w:pPr>
        <w:pStyle w:val="Akapitzlist"/>
        <w:numPr>
          <w:ilvl w:val="0"/>
          <w:numId w:val="20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w zakresie Studenckiego Domu Marynarza nr 2 Dyrektora Działu Domów Stu</w:t>
      </w:r>
      <w:r w:rsidR="006F2829" w:rsidRPr="00D05FDC">
        <w:rPr>
          <w:lang w:val="pl-PL"/>
        </w:rPr>
        <w:t xml:space="preserve">denckich Katarzyna Korol , tel. </w:t>
      </w:r>
      <w:r w:rsidRPr="00D05FDC">
        <w:rPr>
          <w:lang w:val="pl-PL"/>
        </w:rPr>
        <w:t>(58) 558 -</w:t>
      </w:r>
      <w:r w:rsidR="00EE3910" w:rsidRPr="00D05FDC">
        <w:rPr>
          <w:lang w:val="pl-PL"/>
        </w:rPr>
        <w:t xml:space="preserve"> </w:t>
      </w:r>
      <w:r w:rsidR="006F2829" w:rsidRPr="00D05FDC">
        <w:rPr>
          <w:lang w:val="pl-PL"/>
        </w:rPr>
        <w:t>68-32, email: sdm2@umg.edu.pl</w:t>
      </w:r>
      <w:r w:rsidRPr="00D05FDC">
        <w:rPr>
          <w:lang w:val="pl-PL"/>
        </w:rPr>
        <w:t xml:space="preserve">; </w:t>
      </w:r>
    </w:p>
    <w:p w14:paraId="38A3EF4C" w14:textId="5919A914" w:rsidR="006F2829" w:rsidRPr="00D05FDC" w:rsidRDefault="008F781F" w:rsidP="006F2829">
      <w:pPr>
        <w:pStyle w:val="Akapitzlist"/>
        <w:numPr>
          <w:ilvl w:val="0"/>
          <w:numId w:val="20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w zakresie Studenckiego Domu M</w:t>
      </w:r>
      <w:r w:rsidR="006F2829" w:rsidRPr="00D05FDC">
        <w:rPr>
          <w:lang w:val="pl-PL"/>
        </w:rPr>
        <w:t xml:space="preserve">arynarza nr 3 Kierownik SDM3,   </w:t>
      </w:r>
      <w:r w:rsidRPr="00D05FDC">
        <w:rPr>
          <w:lang w:val="pl-PL"/>
        </w:rPr>
        <w:t>tel. (58) 558 -63-2</w:t>
      </w:r>
      <w:r w:rsidR="006F2829" w:rsidRPr="00D05FDC">
        <w:rPr>
          <w:lang w:val="pl-PL"/>
        </w:rPr>
        <w:t xml:space="preserve">9, email: sdm3@umg.edu.pl ; </w:t>
      </w:r>
    </w:p>
    <w:p w14:paraId="6B37EA8A" w14:textId="7EA368F2" w:rsidR="006F2829" w:rsidRPr="00D05FDC" w:rsidRDefault="008F781F" w:rsidP="006F2829">
      <w:pPr>
        <w:pStyle w:val="Akapitzlist"/>
        <w:numPr>
          <w:ilvl w:val="0"/>
          <w:numId w:val="20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w zakresie Studenckiego Domu M</w:t>
      </w:r>
      <w:r w:rsidR="006F2829" w:rsidRPr="00D05FDC">
        <w:rPr>
          <w:lang w:val="pl-PL"/>
        </w:rPr>
        <w:t xml:space="preserve">arynarza nr 4 Kierownik SDM4,   </w:t>
      </w:r>
      <w:r w:rsidRPr="00D05FDC">
        <w:rPr>
          <w:lang w:val="pl-PL"/>
        </w:rPr>
        <w:t>tel. (58) 558 -64-8</w:t>
      </w:r>
      <w:r w:rsidR="006F2829" w:rsidRPr="00D05FDC">
        <w:rPr>
          <w:lang w:val="pl-PL"/>
        </w:rPr>
        <w:t xml:space="preserve">6, email: sdm4@umg.edu.pl ; </w:t>
      </w:r>
    </w:p>
    <w:p w14:paraId="4250D88B" w14:textId="2A01EAC3" w:rsidR="006F2829" w:rsidRPr="00D05FDC" w:rsidRDefault="008F781F" w:rsidP="006F2829">
      <w:pPr>
        <w:pStyle w:val="Akapitzlist"/>
        <w:numPr>
          <w:ilvl w:val="0"/>
          <w:numId w:val="20"/>
        </w:numPr>
        <w:spacing w:after="0"/>
        <w:jc w:val="both"/>
        <w:rPr>
          <w:lang w:val="pl-PL"/>
        </w:rPr>
      </w:pPr>
      <w:r w:rsidRPr="00D05FDC">
        <w:rPr>
          <w:lang w:val="pl-PL"/>
        </w:rPr>
        <w:lastRenderedPageBreak/>
        <w:t xml:space="preserve">w budynku I UMG ul. Morska 81 -87 </w:t>
      </w:r>
      <w:r w:rsidR="00EE3910" w:rsidRPr="00D05FDC">
        <w:rPr>
          <w:lang w:val="pl-PL"/>
        </w:rPr>
        <w:t>Gdynia,</w:t>
      </w:r>
      <w:r w:rsidRPr="00D05FDC">
        <w:rPr>
          <w:lang w:val="pl-PL"/>
        </w:rPr>
        <w:t xml:space="preserve"> Kierownik Wilk </w:t>
      </w:r>
      <w:r w:rsidR="00EE3910" w:rsidRPr="00D05FDC">
        <w:rPr>
          <w:lang w:val="pl-PL"/>
        </w:rPr>
        <w:t>Jadwiga,</w:t>
      </w:r>
      <w:r w:rsidR="006F2829" w:rsidRPr="00D05FDC">
        <w:rPr>
          <w:lang w:val="pl-PL"/>
        </w:rPr>
        <w:t xml:space="preserve">  </w:t>
      </w:r>
      <w:r w:rsidRPr="00D05FDC">
        <w:rPr>
          <w:lang w:val="pl-PL"/>
        </w:rPr>
        <w:t xml:space="preserve">tel. +48 58 5586 313, email: </w:t>
      </w:r>
      <w:r w:rsidR="00EE3910" w:rsidRPr="00D05FDC">
        <w:rPr>
          <w:lang w:val="pl-PL"/>
        </w:rPr>
        <w:t>j.wilk@au.umg.edu.pl,</w:t>
      </w:r>
      <w:r w:rsidRPr="00D05FDC">
        <w:rPr>
          <w:lang w:val="pl-PL"/>
        </w:rPr>
        <w:t xml:space="preserve">  </w:t>
      </w:r>
    </w:p>
    <w:p w14:paraId="046B08AC" w14:textId="0352B3DE" w:rsidR="006F2829" w:rsidRPr="00D05FDC" w:rsidRDefault="008F781F" w:rsidP="006F2829">
      <w:pPr>
        <w:pStyle w:val="Akapitzlist"/>
        <w:numPr>
          <w:ilvl w:val="0"/>
          <w:numId w:val="20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w  budynku II UMG ul. Al. Jana Pawła II 3 </w:t>
      </w:r>
      <w:r w:rsidR="00EE3910" w:rsidRPr="00D05FDC">
        <w:rPr>
          <w:lang w:val="pl-PL"/>
        </w:rPr>
        <w:t>Gdynia,</w:t>
      </w:r>
      <w:r w:rsidR="006F2829" w:rsidRPr="00D05FDC">
        <w:rPr>
          <w:lang w:val="pl-PL"/>
        </w:rPr>
        <w:t xml:space="preserve"> Kierownik Wilk Jadwiga,  </w:t>
      </w:r>
      <w:r w:rsidRPr="00D05FDC">
        <w:rPr>
          <w:lang w:val="pl-PL"/>
        </w:rPr>
        <w:t xml:space="preserve">tel. +48 58 5586 313, email: </w:t>
      </w:r>
      <w:r w:rsidR="00EE3910" w:rsidRPr="00D05FDC">
        <w:rPr>
          <w:lang w:val="pl-PL"/>
        </w:rPr>
        <w:t>j.wilk@au.umg.edu.pl,</w:t>
      </w:r>
      <w:r w:rsidR="006F2829" w:rsidRPr="00D05FDC">
        <w:rPr>
          <w:lang w:val="pl-PL"/>
        </w:rPr>
        <w:t xml:space="preserve">  </w:t>
      </w:r>
    </w:p>
    <w:p w14:paraId="2461AEE1" w14:textId="33A084D6" w:rsidR="006F2829" w:rsidRPr="00D05FDC" w:rsidRDefault="008F781F" w:rsidP="006F2829">
      <w:pPr>
        <w:pStyle w:val="Akapitzlist"/>
        <w:numPr>
          <w:ilvl w:val="0"/>
          <w:numId w:val="20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w budynku, ul. Roberta de Plelo 20 Gdańsk Dariusz </w:t>
      </w:r>
      <w:r w:rsidR="00EE3910" w:rsidRPr="00D05FDC">
        <w:rPr>
          <w:lang w:val="pl-PL"/>
        </w:rPr>
        <w:t>Rakowski Dariusz</w:t>
      </w:r>
      <w:r w:rsidR="006F2829" w:rsidRPr="00D05FDC">
        <w:rPr>
          <w:lang w:val="pl-PL"/>
        </w:rPr>
        <w:t xml:space="preserve"> Rakowski,  </w:t>
      </w:r>
      <w:r w:rsidRPr="00D05FDC">
        <w:rPr>
          <w:lang w:val="pl-PL"/>
        </w:rPr>
        <w:t xml:space="preserve">tel. (058) 301 -16-41, </w:t>
      </w:r>
      <w:r w:rsidR="00EE3910" w:rsidRPr="00D05FDC">
        <w:rPr>
          <w:lang w:val="pl-PL"/>
        </w:rPr>
        <w:t>drakowski@im.umg.edu.pl,</w:t>
      </w:r>
      <w:r w:rsidR="006F2829" w:rsidRPr="00D05FDC">
        <w:rPr>
          <w:lang w:val="pl-PL"/>
        </w:rPr>
        <w:t xml:space="preserve"> </w:t>
      </w:r>
    </w:p>
    <w:p w14:paraId="3056881F" w14:textId="77777777" w:rsidR="002B6890" w:rsidRPr="00D05FDC" w:rsidRDefault="008F781F" w:rsidP="006F2829">
      <w:pPr>
        <w:pStyle w:val="Akapitzlist"/>
        <w:numPr>
          <w:ilvl w:val="0"/>
          <w:numId w:val="20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do wszystkich lokalizacji Specjalista ds. ochrony przeciwpożarowej, Robert </w:t>
      </w:r>
      <w:r w:rsidR="00EE3910" w:rsidRPr="00D05FDC">
        <w:rPr>
          <w:lang w:val="pl-PL"/>
        </w:rPr>
        <w:t>Tyrtania,</w:t>
      </w:r>
      <w:r w:rsidR="002B6890" w:rsidRPr="00D05FDC">
        <w:rPr>
          <w:lang w:val="pl-PL"/>
        </w:rPr>
        <w:t xml:space="preserve">  </w:t>
      </w:r>
      <w:r w:rsidRPr="00D05FDC">
        <w:rPr>
          <w:lang w:val="pl-PL"/>
        </w:rPr>
        <w:t>tel. 501711827, r</w:t>
      </w:r>
      <w:r w:rsidR="002B6890" w:rsidRPr="00D05FDC">
        <w:rPr>
          <w:lang w:val="pl-PL"/>
        </w:rPr>
        <w:t xml:space="preserve">.tyrtania@au.umg.edu.pl.  </w:t>
      </w:r>
    </w:p>
    <w:p w14:paraId="2F62ABA4" w14:textId="6B1A2B1A" w:rsidR="002B6890" w:rsidRPr="00D05FDC" w:rsidRDefault="008F781F" w:rsidP="002B6890">
      <w:pPr>
        <w:pStyle w:val="Akapitzlist"/>
        <w:numPr>
          <w:ilvl w:val="0"/>
          <w:numId w:val="21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Do kontaktu z Zamawiającym ze strony W</w:t>
      </w:r>
      <w:r w:rsidR="002B6890" w:rsidRPr="00D05FDC">
        <w:rPr>
          <w:lang w:val="pl-PL"/>
        </w:rPr>
        <w:t>ykonawcy upoważnia się: ……………………………..</w:t>
      </w:r>
      <w:r w:rsidR="00EE3910" w:rsidRPr="00D05FDC">
        <w:rPr>
          <w:lang w:val="pl-PL"/>
        </w:rPr>
        <w:t>…</w:t>
      </w:r>
    </w:p>
    <w:p w14:paraId="00F91603" w14:textId="062AB4B1" w:rsidR="00164840" w:rsidRPr="00D05FDC" w:rsidRDefault="008F781F" w:rsidP="002B6890">
      <w:pPr>
        <w:pStyle w:val="Akapitzlist"/>
        <w:numPr>
          <w:ilvl w:val="0"/>
          <w:numId w:val="21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W wypadkach nagłych lub nie cierpiących zwłoki, w szczególności w związku </w:t>
      </w:r>
      <w:r w:rsidR="00EE3910" w:rsidRPr="00D05FDC">
        <w:rPr>
          <w:lang w:val="pl-PL"/>
        </w:rPr>
        <w:t>z koniecznością</w:t>
      </w:r>
      <w:r w:rsidRPr="00D05FDC">
        <w:rPr>
          <w:lang w:val="pl-PL"/>
        </w:rPr>
        <w:t xml:space="preserve"> usuwania awarii systemów w w/w budynkach Wykonawca zobowiązuje się przyjąć zgłoszenie i usunąć awarię także w następstwie zgłoszenia  dokonanego przez inne osoby zatrudnione u Zamawiającego.  </w:t>
      </w:r>
      <w:r w:rsidRPr="00D05FDC">
        <w:rPr>
          <w:lang w:val="pl-PL"/>
        </w:rPr>
        <w:br/>
      </w:r>
      <w:r w:rsidR="00164840" w:rsidRPr="00D05FDC">
        <w:rPr>
          <w:lang w:val="pl-PL"/>
        </w:rPr>
        <w:t>Wykonawca jest zobowiązany do pisemnego informowania o przeglądach na obiektach UMG, osoby wyznaczone do kontaktu z 48 godzinnym wyprzedzeniem.</w:t>
      </w:r>
      <w:r w:rsidRPr="00D05FDC">
        <w:rPr>
          <w:lang w:val="pl-PL"/>
        </w:rPr>
        <w:t xml:space="preserve"> </w:t>
      </w:r>
    </w:p>
    <w:p w14:paraId="34094DAC" w14:textId="6FE135B3" w:rsidR="00164840" w:rsidRPr="00D05FDC" w:rsidRDefault="008F781F" w:rsidP="00384CE6">
      <w:pPr>
        <w:spacing w:after="0"/>
        <w:jc w:val="center"/>
        <w:rPr>
          <w:lang w:val="pl-PL"/>
        </w:rPr>
      </w:pPr>
      <w:r w:rsidRPr="00D05FDC">
        <w:rPr>
          <w:lang w:val="pl-PL"/>
        </w:rPr>
        <w:br/>
        <w:t xml:space="preserve">§ 5 </w:t>
      </w:r>
      <w:r w:rsidRPr="00D05FDC">
        <w:rPr>
          <w:lang w:val="pl-PL"/>
        </w:rPr>
        <w:br/>
        <w:t>KARY UMOWNE</w:t>
      </w:r>
    </w:p>
    <w:p w14:paraId="06E25747" w14:textId="77777777" w:rsidR="00BA2957" w:rsidRPr="00D05FDC" w:rsidRDefault="008F781F" w:rsidP="00BA2957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Strony ustanawiają odpowiedzialność za niewykonanie lub nienależyte wykonanie Umowy </w:t>
      </w:r>
      <w:r w:rsidR="00EE3910" w:rsidRPr="00D05FDC">
        <w:rPr>
          <w:lang w:val="pl-PL"/>
        </w:rPr>
        <w:t>w formie</w:t>
      </w:r>
      <w:r w:rsidR="00BA2957" w:rsidRPr="00D05FDC">
        <w:rPr>
          <w:lang w:val="pl-PL"/>
        </w:rPr>
        <w:t xml:space="preserve"> kar umownych.  </w:t>
      </w:r>
    </w:p>
    <w:p w14:paraId="6E68AA22" w14:textId="2B58C09F" w:rsidR="00BA2957" w:rsidRPr="00D05FDC" w:rsidRDefault="008F781F" w:rsidP="00BA2957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Wykonawca zapłaci Zamawiającemu kary umowne:  </w:t>
      </w:r>
    </w:p>
    <w:p w14:paraId="2820808F" w14:textId="77777777" w:rsidR="00BA2957" w:rsidRPr="00D05FDC" w:rsidRDefault="008F781F" w:rsidP="00BA2957">
      <w:pPr>
        <w:pStyle w:val="Akapitzlist"/>
        <w:numPr>
          <w:ilvl w:val="0"/>
          <w:numId w:val="24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za opóźnienie w wykonaniu przedmiotu umowy w wysokości 0,1% łącznej szacunkowej wartości wynagrodzenia określonej </w:t>
      </w:r>
      <w:r w:rsidR="00EE3910" w:rsidRPr="00D05FDC">
        <w:rPr>
          <w:lang w:val="pl-PL"/>
        </w:rPr>
        <w:t>w §</w:t>
      </w:r>
      <w:r w:rsidRPr="00D05FDC">
        <w:rPr>
          <w:lang w:val="pl-PL"/>
        </w:rPr>
        <w:t xml:space="preserve"> 3 ust. 1 Umowy za każdy dzień opóźnienia,  </w:t>
      </w:r>
      <w:r w:rsidR="00164840" w:rsidRPr="00D05FDC">
        <w:rPr>
          <w:lang w:val="pl-PL"/>
        </w:rPr>
        <w:t>licząc każdy obiekt osobno</w:t>
      </w:r>
      <w:r w:rsidRPr="00D05FDC">
        <w:rPr>
          <w:lang w:val="pl-PL"/>
        </w:rPr>
        <w:t>,</w:t>
      </w:r>
    </w:p>
    <w:p w14:paraId="1A4EDDAC" w14:textId="77777777" w:rsidR="00BA2957" w:rsidRPr="00D05FDC" w:rsidRDefault="008F781F" w:rsidP="00BA2957">
      <w:pPr>
        <w:pStyle w:val="Akapitzlist"/>
        <w:numPr>
          <w:ilvl w:val="0"/>
          <w:numId w:val="24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za opóźnienie w wykonaniu czynności opisanych w </w:t>
      </w:r>
      <w:r w:rsidR="00EE3910" w:rsidRPr="00D05FDC">
        <w:rPr>
          <w:lang w:val="pl-PL"/>
        </w:rPr>
        <w:t>§ 2</w:t>
      </w:r>
      <w:r w:rsidRPr="00D05FDC">
        <w:rPr>
          <w:lang w:val="pl-PL"/>
        </w:rPr>
        <w:t xml:space="preserve"> ust. 2 Umowy w wysokości 0,2% łącznej szacunkowej wartości wynagrodzenia określonej </w:t>
      </w:r>
      <w:r w:rsidR="00EE3910" w:rsidRPr="00D05FDC">
        <w:rPr>
          <w:lang w:val="pl-PL"/>
        </w:rPr>
        <w:t>w §</w:t>
      </w:r>
      <w:r w:rsidRPr="00D05FDC">
        <w:rPr>
          <w:lang w:val="pl-PL"/>
        </w:rPr>
        <w:t xml:space="preserve"> 3 ust. 1 Umowy za</w:t>
      </w:r>
      <w:r w:rsidR="00BA2957" w:rsidRPr="00D05FDC">
        <w:rPr>
          <w:lang w:val="pl-PL"/>
        </w:rPr>
        <w:t xml:space="preserve"> każdą godzinę opóźnienia,  </w:t>
      </w:r>
    </w:p>
    <w:p w14:paraId="4A0A0D1C" w14:textId="3FDC4B18" w:rsidR="00BA2957" w:rsidRPr="00D05FDC" w:rsidRDefault="008F781F" w:rsidP="00BA2957">
      <w:pPr>
        <w:pStyle w:val="Akapitzlist"/>
        <w:numPr>
          <w:ilvl w:val="0"/>
          <w:numId w:val="24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za opóźnienie w wykonaniu czynności opisanych w </w:t>
      </w:r>
      <w:r w:rsidR="00EE3910" w:rsidRPr="00D05FDC">
        <w:rPr>
          <w:lang w:val="pl-PL"/>
        </w:rPr>
        <w:t>§ 2</w:t>
      </w:r>
      <w:r w:rsidRPr="00D05FDC">
        <w:rPr>
          <w:lang w:val="pl-PL"/>
        </w:rPr>
        <w:t xml:space="preserve"> ust. 3 lit. a) – b) Umowy w wysokości 0,1% łącz</w:t>
      </w:r>
      <w:r w:rsidR="00BA2957" w:rsidRPr="00D05FDC">
        <w:rPr>
          <w:lang w:val="pl-PL"/>
        </w:rPr>
        <w:t xml:space="preserve">nej </w:t>
      </w:r>
      <w:r w:rsidR="00BA2957" w:rsidRPr="00D05FDC">
        <w:rPr>
          <w:lang w:val="pl-PL"/>
        </w:rPr>
        <w:br/>
        <w:t>szacunkowej wartości wynag</w:t>
      </w:r>
      <w:r w:rsidRPr="00D05FDC">
        <w:rPr>
          <w:lang w:val="pl-PL"/>
        </w:rPr>
        <w:t xml:space="preserve">rodzenia określonej </w:t>
      </w:r>
      <w:r w:rsidR="00EE3910" w:rsidRPr="00D05FDC">
        <w:rPr>
          <w:lang w:val="pl-PL"/>
        </w:rPr>
        <w:t>w §</w:t>
      </w:r>
      <w:r w:rsidRPr="00D05FDC">
        <w:rPr>
          <w:lang w:val="pl-PL"/>
        </w:rPr>
        <w:t xml:space="preserve"> 3 ust. 1 Umow</w:t>
      </w:r>
      <w:r w:rsidR="00BA2957" w:rsidRPr="00D05FDC">
        <w:rPr>
          <w:lang w:val="pl-PL"/>
        </w:rPr>
        <w:t>y za każdy dzień opóźnienia,</w:t>
      </w:r>
    </w:p>
    <w:p w14:paraId="2E29238E" w14:textId="559177E4" w:rsidR="00BA2957" w:rsidRPr="00D05FDC" w:rsidRDefault="008F781F" w:rsidP="00BA2957">
      <w:pPr>
        <w:pStyle w:val="Akapitzlist"/>
        <w:numPr>
          <w:ilvl w:val="0"/>
          <w:numId w:val="24"/>
        </w:num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z tytułu odstąpienia od umowy z przyczyn występujących po stronie Wykonawcy w wysokości 10% łącznej </w:t>
      </w:r>
      <w:r w:rsidRPr="00D05FDC">
        <w:rPr>
          <w:lang w:val="pl-PL"/>
        </w:rPr>
        <w:br/>
        <w:t xml:space="preserve">szacunkowej wartości wynagrodzenia określonej w § 3 ust. 1 Umowy.  </w:t>
      </w:r>
    </w:p>
    <w:p w14:paraId="462B6E8B" w14:textId="0139B4A2" w:rsidR="00BA2957" w:rsidRPr="00D05FDC" w:rsidRDefault="00BA2957" w:rsidP="00BA2957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Łączna wartość kar umow</w:t>
      </w:r>
      <w:r w:rsidR="008F781F" w:rsidRPr="00D05FDC">
        <w:rPr>
          <w:lang w:val="pl-PL"/>
        </w:rPr>
        <w:t>nych nie przekroczy 20% szacunkowej wartości wynagrodzenia określonej w § 3</w:t>
      </w:r>
      <w:r w:rsidR="00EE3910" w:rsidRPr="00D05FDC">
        <w:rPr>
          <w:lang w:val="pl-PL"/>
        </w:rPr>
        <w:t xml:space="preserve"> </w:t>
      </w:r>
      <w:r w:rsidR="008F781F" w:rsidRPr="00D05FDC">
        <w:rPr>
          <w:lang w:val="pl-PL"/>
        </w:rPr>
        <w:t xml:space="preserve">ust. 1  </w:t>
      </w:r>
      <w:r w:rsidRPr="00D05FDC">
        <w:rPr>
          <w:lang w:val="pl-PL"/>
        </w:rPr>
        <w:t xml:space="preserve">Umowy.  </w:t>
      </w:r>
    </w:p>
    <w:p w14:paraId="3766B2D6" w14:textId="77777777" w:rsidR="00BA2957" w:rsidRPr="00D05FDC" w:rsidRDefault="008F781F" w:rsidP="00BA2957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Zamawiającemu przysługuje prawo potrącenia naliczonych kar umownych z należnościami Wykonawcy oraz prawo do dochodzenia odszkodowania uzupełniającego przenoszącego wysokość zastrzeżonych kar umownych do wysokości</w:t>
      </w:r>
      <w:r w:rsidR="00EE3910" w:rsidRPr="00D05FDC">
        <w:rPr>
          <w:lang w:val="pl-PL"/>
        </w:rPr>
        <w:t xml:space="preserve"> </w:t>
      </w:r>
      <w:r w:rsidRPr="00D05FDC">
        <w:rPr>
          <w:lang w:val="pl-PL"/>
        </w:rPr>
        <w:t xml:space="preserve">rzeczywiście poniesionej szkody na zasadach ogólnych. </w:t>
      </w:r>
    </w:p>
    <w:p w14:paraId="45033F8F" w14:textId="77777777" w:rsidR="00BA2957" w:rsidRPr="00D05FDC" w:rsidRDefault="00BA2957" w:rsidP="00EE3910">
      <w:pPr>
        <w:spacing w:after="0"/>
        <w:jc w:val="center"/>
        <w:rPr>
          <w:lang w:val="pl-PL"/>
        </w:rPr>
      </w:pPr>
    </w:p>
    <w:p w14:paraId="2FD6C5CC" w14:textId="79E799C6" w:rsidR="00EE3910" w:rsidRPr="00D05FDC" w:rsidRDefault="008F781F" w:rsidP="00EE3910">
      <w:pPr>
        <w:spacing w:after="0"/>
        <w:jc w:val="center"/>
        <w:rPr>
          <w:lang w:val="pl-PL"/>
        </w:rPr>
      </w:pPr>
      <w:r w:rsidRPr="00D05FDC">
        <w:rPr>
          <w:lang w:val="pl-PL"/>
        </w:rPr>
        <w:t xml:space="preserve">§ 6 </w:t>
      </w:r>
      <w:r w:rsidRPr="00D05FDC">
        <w:rPr>
          <w:lang w:val="pl-PL"/>
        </w:rPr>
        <w:br/>
        <w:t>TERMIN WYKONANIA PRZEDMIOTU UMOWY</w:t>
      </w:r>
    </w:p>
    <w:p w14:paraId="00ACB916" w14:textId="60C346B5" w:rsidR="00EE3910" w:rsidRPr="00D05FDC" w:rsidRDefault="008F781F" w:rsidP="00BD4EFF">
      <w:pPr>
        <w:spacing w:after="0"/>
        <w:jc w:val="both"/>
        <w:rPr>
          <w:lang w:val="pl-PL"/>
        </w:rPr>
      </w:pPr>
      <w:r w:rsidRPr="00D05FDC">
        <w:rPr>
          <w:lang w:val="pl-PL"/>
        </w:rPr>
        <w:t>Przedmiot umowy realizowany będzie przez okres 24 miesięcy od dnia 24.10.202</w:t>
      </w:r>
      <w:r w:rsidR="00137F6B" w:rsidRPr="00D05FDC">
        <w:rPr>
          <w:lang w:val="pl-PL"/>
        </w:rPr>
        <w:t>5</w:t>
      </w:r>
      <w:r w:rsidRPr="00D05FDC">
        <w:rPr>
          <w:lang w:val="pl-PL"/>
        </w:rPr>
        <w:t>r.  lub do dnia wyczerpania kwoty łącznej szacunkowej wartości Umowy opisanej w § 3 ust. 1. Zamawiający zawiadomi Wykonawcę o okoliczności wygaśnięcia Umowy w następstwie wyczerpania kwoty, o której mowa w zdaniu poprzedzającym.</w:t>
      </w:r>
    </w:p>
    <w:p w14:paraId="0738B8D3" w14:textId="77777777" w:rsidR="00EE3910" w:rsidRPr="00D05FDC" w:rsidRDefault="00EE3910" w:rsidP="00EE3910">
      <w:pPr>
        <w:spacing w:after="0"/>
        <w:jc w:val="center"/>
        <w:rPr>
          <w:lang w:val="pl-PL"/>
        </w:rPr>
      </w:pPr>
    </w:p>
    <w:p w14:paraId="5E1E1EFA" w14:textId="2CAFD16B" w:rsidR="00EE3910" w:rsidRPr="00D05FDC" w:rsidRDefault="008F781F" w:rsidP="00EE3910">
      <w:pPr>
        <w:spacing w:after="0"/>
        <w:jc w:val="center"/>
        <w:rPr>
          <w:lang w:val="pl-PL"/>
        </w:rPr>
      </w:pPr>
      <w:r w:rsidRPr="00D05FDC">
        <w:rPr>
          <w:lang w:val="pl-PL"/>
        </w:rPr>
        <w:t xml:space="preserve">§ 7 </w:t>
      </w:r>
      <w:r w:rsidRPr="00D05FDC">
        <w:rPr>
          <w:lang w:val="pl-PL"/>
        </w:rPr>
        <w:br/>
        <w:t>ODSTĄPIENIE OD UMOWY</w:t>
      </w:r>
    </w:p>
    <w:p w14:paraId="455F1F02" w14:textId="2B1D36D5" w:rsidR="00BD4EFF" w:rsidRPr="00D05FDC" w:rsidRDefault="008F781F" w:rsidP="00BD4EFF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Zamawiającemu przysługuje prawo do odstąpienia od Umowy w przypadku:  </w:t>
      </w:r>
    </w:p>
    <w:p w14:paraId="4C5C073B" w14:textId="77777777" w:rsidR="00BD4EFF" w:rsidRPr="00D05FDC" w:rsidRDefault="008F781F" w:rsidP="00BD4EFF">
      <w:pPr>
        <w:pStyle w:val="Akapitzlist"/>
        <w:numPr>
          <w:ilvl w:val="0"/>
          <w:numId w:val="27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wystąpienia istotnej zmiany okoliczności powodującej, że wykonanie umowy nie leży w interesie publicznym, czego nie można było przewidzie</w:t>
      </w:r>
      <w:r w:rsidR="00BD4EFF" w:rsidRPr="00D05FDC">
        <w:rPr>
          <w:lang w:val="pl-PL"/>
        </w:rPr>
        <w:t xml:space="preserve">ć w chwili zawarcia umowy,  </w:t>
      </w:r>
    </w:p>
    <w:p w14:paraId="168D332A" w14:textId="4D97A18E" w:rsidR="00BD4EFF" w:rsidRPr="00D05FDC" w:rsidRDefault="008F781F" w:rsidP="00BD4EFF">
      <w:pPr>
        <w:pStyle w:val="Akapitzlist"/>
        <w:numPr>
          <w:ilvl w:val="0"/>
          <w:numId w:val="27"/>
        </w:numPr>
        <w:spacing w:after="0"/>
        <w:jc w:val="both"/>
        <w:rPr>
          <w:lang w:val="pl-PL"/>
        </w:rPr>
      </w:pPr>
      <w:r w:rsidRPr="00D05FDC">
        <w:rPr>
          <w:lang w:val="pl-PL"/>
        </w:rPr>
        <w:t>w wypadku stwierdzenia co najmniej dwukrotnego nienależytego wykona</w:t>
      </w:r>
      <w:r w:rsidR="00BD4EFF" w:rsidRPr="00D05FDC">
        <w:rPr>
          <w:lang w:val="pl-PL"/>
        </w:rPr>
        <w:t xml:space="preserve">nia przez Wykonawcę Umowy.  </w:t>
      </w:r>
    </w:p>
    <w:p w14:paraId="68E9BB86" w14:textId="522F7EAB" w:rsidR="00EE3910" w:rsidRPr="00D05FDC" w:rsidRDefault="008F781F" w:rsidP="00BD4EFF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Odstąpienie od umowy w przypadkach, o którym mowa w ust. 1 powyżej może nastąpić w terminie </w:t>
      </w:r>
      <w:r w:rsidR="00D75F04" w:rsidRPr="00D05FDC">
        <w:rPr>
          <w:lang w:val="pl-PL"/>
        </w:rPr>
        <w:t xml:space="preserve">30 dni </w:t>
      </w:r>
      <w:r w:rsidRPr="00D05FDC">
        <w:rPr>
          <w:lang w:val="pl-PL"/>
        </w:rPr>
        <w:t xml:space="preserve">od powzięcia wiadomości o powyższych okolicznościach.  </w:t>
      </w:r>
    </w:p>
    <w:p w14:paraId="4ED293E8" w14:textId="24014BBD" w:rsidR="00EE3910" w:rsidRPr="00D05FDC" w:rsidRDefault="008F781F" w:rsidP="00EE3910">
      <w:pPr>
        <w:spacing w:after="0"/>
        <w:jc w:val="center"/>
        <w:rPr>
          <w:lang w:val="pl-PL"/>
        </w:rPr>
      </w:pPr>
      <w:r w:rsidRPr="00D05FDC">
        <w:rPr>
          <w:lang w:val="pl-PL"/>
        </w:rPr>
        <w:lastRenderedPageBreak/>
        <w:br/>
        <w:t xml:space="preserve">§ 8 </w:t>
      </w:r>
      <w:r w:rsidRPr="00D05FDC">
        <w:rPr>
          <w:lang w:val="pl-PL"/>
        </w:rPr>
        <w:br/>
        <w:t>ZMIANY W UMO</w:t>
      </w:r>
      <w:r w:rsidR="00EE3910" w:rsidRPr="00D05FDC">
        <w:rPr>
          <w:lang w:val="pl-PL"/>
        </w:rPr>
        <w:t>WI</w:t>
      </w:r>
      <w:r w:rsidRPr="00D05FDC">
        <w:rPr>
          <w:lang w:val="pl-PL"/>
        </w:rPr>
        <w:t>E</w:t>
      </w:r>
    </w:p>
    <w:p w14:paraId="0EA9867F" w14:textId="708B5B7C" w:rsidR="00EE3910" w:rsidRPr="001732C9" w:rsidRDefault="008F781F" w:rsidP="001732C9">
      <w:pPr>
        <w:numPr>
          <w:ilvl w:val="0"/>
          <w:numId w:val="31"/>
        </w:numPr>
        <w:suppressAutoHyphens/>
        <w:spacing w:after="0"/>
        <w:ind w:left="426" w:hanging="426"/>
        <w:jc w:val="both"/>
        <w:rPr>
          <w:rFonts w:eastAsia="Calibri" w:cstheme="minorHAnsi"/>
          <w:lang w:val="pl-PL" w:eastAsia="zh-CN"/>
        </w:rPr>
      </w:pPr>
      <w:r w:rsidRPr="001732C9">
        <w:rPr>
          <w:rFonts w:eastAsia="Calibri" w:cstheme="minorHAnsi"/>
          <w:lang w:val="pl-PL" w:eastAsia="zh-CN"/>
        </w:rPr>
        <w:t>Zmiana lub uzupełnienie postanowień niniejszej umowy wymaga formy pisemnej pod rygorem nieważności.</w:t>
      </w:r>
    </w:p>
    <w:p w14:paraId="655FFE2D" w14:textId="6F80AA8E" w:rsidR="00D35B50" w:rsidRPr="001732C9" w:rsidRDefault="00D35B50" w:rsidP="001732C9">
      <w:pPr>
        <w:numPr>
          <w:ilvl w:val="0"/>
          <w:numId w:val="31"/>
        </w:numPr>
        <w:suppressAutoHyphens/>
        <w:spacing w:after="0"/>
        <w:ind w:left="426" w:hanging="426"/>
        <w:jc w:val="both"/>
        <w:rPr>
          <w:rFonts w:eastAsia="Calibri" w:cstheme="minorHAnsi"/>
          <w:lang w:val="pl-PL" w:eastAsia="zh-CN"/>
        </w:rPr>
      </w:pPr>
      <w:r w:rsidRPr="001732C9">
        <w:rPr>
          <w:rFonts w:eastAsia="Calibri" w:cstheme="minorHAnsi"/>
          <w:lang w:val="pl-PL" w:eastAsia="zh-CN"/>
        </w:rPr>
        <w:t xml:space="preserve">Wynagrodzenie Wykonawcy, może ulec zmianie w okresie trwania umowy, ale zmiana ta musi spełniać łącznie następujące warunki: </w:t>
      </w:r>
    </w:p>
    <w:p w14:paraId="2EA6E169" w14:textId="77777777" w:rsidR="00D35B50" w:rsidRPr="001732C9" w:rsidRDefault="00D35B50" w:rsidP="001732C9">
      <w:pPr>
        <w:keepLines/>
        <w:numPr>
          <w:ilvl w:val="0"/>
          <w:numId w:val="32"/>
        </w:numPr>
        <w:tabs>
          <w:tab w:val="left" w:pos="284"/>
        </w:tabs>
        <w:suppressAutoHyphens/>
        <w:spacing w:after="0"/>
        <w:ind w:hanging="294"/>
        <w:jc w:val="both"/>
        <w:rPr>
          <w:rFonts w:eastAsia="Times New Roman" w:cs="Calibri"/>
          <w:spacing w:val="2"/>
          <w:szCs w:val="20"/>
          <w:lang w:val="pl-PL" w:eastAsia="pl-PL"/>
        </w:rPr>
      </w:pPr>
      <w:r w:rsidRPr="001732C9">
        <w:rPr>
          <w:rFonts w:eastAsia="Times New Roman" w:cs="Calibri"/>
          <w:spacing w:val="2"/>
          <w:szCs w:val="20"/>
          <w:lang w:val="pl-PL" w:eastAsia="pl-PL"/>
        </w:rPr>
        <w:t>Wykonawca złoży Zamawiającemu uzasadniony wniosek na piśmie jednakże nie wcześniej niż po upływie co najmniej 6 miesięcy od daty zawarcia Umowy;</w:t>
      </w:r>
    </w:p>
    <w:p w14:paraId="5322438C" w14:textId="77777777" w:rsidR="00D35B50" w:rsidRPr="001732C9" w:rsidRDefault="00D35B50" w:rsidP="001732C9">
      <w:pPr>
        <w:keepLines/>
        <w:numPr>
          <w:ilvl w:val="0"/>
          <w:numId w:val="32"/>
        </w:numPr>
        <w:tabs>
          <w:tab w:val="left" w:pos="284"/>
        </w:tabs>
        <w:suppressAutoHyphens/>
        <w:spacing w:after="0"/>
        <w:ind w:hanging="294"/>
        <w:jc w:val="both"/>
        <w:rPr>
          <w:rFonts w:eastAsia="Times New Roman" w:cs="Calibri"/>
          <w:spacing w:val="2"/>
          <w:szCs w:val="20"/>
          <w:lang w:val="pl-PL" w:eastAsia="pl-PL"/>
        </w:rPr>
      </w:pPr>
      <w:r w:rsidRPr="001732C9">
        <w:rPr>
          <w:rFonts w:eastAsia="Times New Roman" w:cs="Calibri"/>
          <w:spacing w:val="2"/>
          <w:szCs w:val="20"/>
          <w:lang w:val="pl-PL" w:eastAsia="pl-PL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648639DC" w14:textId="77777777" w:rsidR="00D35B50" w:rsidRPr="001732C9" w:rsidRDefault="00D35B50" w:rsidP="001732C9">
      <w:pPr>
        <w:keepLines/>
        <w:numPr>
          <w:ilvl w:val="0"/>
          <w:numId w:val="32"/>
        </w:numPr>
        <w:tabs>
          <w:tab w:val="left" w:pos="284"/>
        </w:tabs>
        <w:suppressAutoHyphens/>
        <w:spacing w:after="0"/>
        <w:ind w:hanging="294"/>
        <w:jc w:val="both"/>
        <w:rPr>
          <w:rFonts w:eastAsia="Times New Roman" w:cs="Calibri"/>
          <w:spacing w:val="2"/>
          <w:szCs w:val="20"/>
          <w:lang w:val="pl-PL" w:eastAsia="pl-PL"/>
        </w:rPr>
      </w:pPr>
      <w:r w:rsidRPr="001732C9">
        <w:rPr>
          <w:rFonts w:eastAsia="Times New Roman" w:cs="Calibri"/>
          <w:spacing w:val="2"/>
          <w:szCs w:val="20"/>
          <w:lang w:val="pl-PL" w:eastAsia="pl-PL"/>
        </w:rPr>
        <w:t>wniosek nie może wskazywać wzrostu Wynagrodzenia powyżej tego opublikowanego wskaźnika;</w:t>
      </w:r>
    </w:p>
    <w:p w14:paraId="0C668B43" w14:textId="77777777" w:rsidR="00D35B50" w:rsidRPr="001732C9" w:rsidRDefault="00D35B50" w:rsidP="001732C9">
      <w:pPr>
        <w:keepLines/>
        <w:numPr>
          <w:ilvl w:val="0"/>
          <w:numId w:val="32"/>
        </w:numPr>
        <w:tabs>
          <w:tab w:val="left" w:pos="284"/>
        </w:tabs>
        <w:suppressAutoHyphens/>
        <w:spacing w:after="0"/>
        <w:ind w:hanging="294"/>
        <w:jc w:val="both"/>
        <w:rPr>
          <w:rFonts w:eastAsia="Times New Roman" w:cs="Calibri"/>
          <w:spacing w:val="2"/>
          <w:szCs w:val="20"/>
          <w:lang w:val="pl-PL" w:eastAsia="pl-PL"/>
        </w:rPr>
      </w:pPr>
      <w:r w:rsidRPr="001732C9">
        <w:rPr>
          <w:rFonts w:eastAsia="Times New Roman" w:cs="Calibri"/>
          <w:spacing w:val="2"/>
          <w:szCs w:val="20"/>
          <w:lang w:val="pl-PL" w:eastAsia="pl-PL"/>
        </w:rPr>
        <w:t>od złożenia poprzedniego wniosku upłynęło co najmniej 6 miesięcy, chyba że jest to pierwszy wniosek;</w:t>
      </w:r>
    </w:p>
    <w:p w14:paraId="54F930C0" w14:textId="61E1C349" w:rsidR="00D35B50" w:rsidRPr="001732C9" w:rsidRDefault="00D35B50" w:rsidP="001732C9">
      <w:pPr>
        <w:keepLines/>
        <w:numPr>
          <w:ilvl w:val="0"/>
          <w:numId w:val="32"/>
        </w:numPr>
        <w:tabs>
          <w:tab w:val="left" w:pos="284"/>
        </w:tabs>
        <w:suppressAutoHyphens/>
        <w:spacing w:after="0"/>
        <w:ind w:hanging="294"/>
        <w:jc w:val="both"/>
        <w:rPr>
          <w:rFonts w:eastAsia="Times New Roman" w:cs="Calibri"/>
          <w:spacing w:val="2"/>
          <w:szCs w:val="20"/>
          <w:lang w:val="pl-PL" w:eastAsia="pl-PL"/>
        </w:rPr>
      </w:pPr>
      <w:r w:rsidRPr="001732C9">
        <w:rPr>
          <w:rFonts w:eastAsia="Times New Roman" w:cs="Calibri"/>
          <w:spacing w:val="2"/>
          <w:szCs w:val="20"/>
          <w:lang w:val="pl-PL" w:eastAsia="pl-PL"/>
        </w:rPr>
        <w:t>maksymalna wartość wzrostu wynagrodzenia Wykonawcy nie przekroczy wartości ustalonej zgodnie z ust. 4 i 5 poniżej;</w:t>
      </w:r>
    </w:p>
    <w:p w14:paraId="76D0246B" w14:textId="77777777" w:rsidR="00D35B50" w:rsidRPr="001732C9" w:rsidRDefault="00D35B50" w:rsidP="001732C9">
      <w:pPr>
        <w:keepLines/>
        <w:numPr>
          <w:ilvl w:val="0"/>
          <w:numId w:val="32"/>
        </w:numPr>
        <w:tabs>
          <w:tab w:val="left" w:pos="284"/>
        </w:tabs>
        <w:suppressAutoHyphens/>
        <w:spacing w:after="0"/>
        <w:ind w:hanging="294"/>
        <w:jc w:val="both"/>
        <w:rPr>
          <w:rFonts w:eastAsia="Times New Roman" w:cs="Calibri"/>
          <w:spacing w:val="2"/>
          <w:szCs w:val="20"/>
          <w:lang w:val="pl-PL" w:eastAsia="pl-PL"/>
        </w:rPr>
      </w:pPr>
      <w:r w:rsidRPr="001732C9">
        <w:rPr>
          <w:rFonts w:eastAsia="Times New Roman" w:cs="Calibri"/>
          <w:spacing w:val="2"/>
          <w:szCs w:val="20"/>
          <w:lang w:val="pl-PL" w:eastAsia="pl-PL"/>
        </w:rPr>
        <w:t>zostanie podpisany aneks do Umowy.</w:t>
      </w:r>
    </w:p>
    <w:p w14:paraId="2A120194" w14:textId="77777777" w:rsidR="00D35B50" w:rsidRPr="001732C9" w:rsidRDefault="00D35B50" w:rsidP="001732C9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lang w:val="pl-PL"/>
        </w:rPr>
      </w:pPr>
      <w:r w:rsidRPr="001732C9">
        <w:rPr>
          <w:lang w:val="pl-PL"/>
        </w:rPr>
        <w:t>Zamawiający ma obowiązek rozpatrzyć wniosek w terminie 21 dni od daty jego wpływu. Wniosek odrzucony z powodu braków fo</w:t>
      </w:r>
      <w:bookmarkStart w:id="0" w:name="_GoBack"/>
      <w:bookmarkEnd w:id="0"/>
      <w:r w:rsidRPr="001732C9">
        <w:rPr>
          <w:lang w:val="pl-PL"/>
        </w:rPr>
        <w:t>rmalnych uznawany jest przez Strony jako niebyły.</w:t>
      </w:r>
    </w:p>
    <w:p w14:paraId="0FD3430A" w14:textId="015B3C6C" w:rsidR="00D35B50" w:rsidRPr="001732C9" w:rsidRDefault="00D35B50" w:rsidP="001732C9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lang w:val="pl-PL"/>
        </w:rPr>
      </w:pPr>
      <w:r w:rsidRPr="001732C9">
        <w:rPr>
          <w:lang w:val="pl-PL"/>
        </w:rPr>
        <w:t xml:space="preserve">Wzrost Wynagrodzenia Wykonawcy, w zakresie prac wykonanych po dniu złożenia wniosku, nastąpi poprzez zwiększenie ceny z Formularza Ofertowego o wskaźnik cen towarów i usług konsumpcyjnych publikowany przez Główny Urząd Statystyczny za ostatni miesiąc poprzedzający datę wpłynięcia wniosku lecz nie więcej niż 2%. </w:t>
      </w:r>
    </w:p>
    <w:p w14:paraId="36BF99EB" w14:textId="77777777" w:rsidR="00D35B50" w:rsidRPr="001732C9" w:rsidRDefault="00D35B50" w:rsidP="001732C9">
      <w:pPr>
        <w:pStyle w:val="Akapitzlist"/>
        <w:numPr>
          <w:ilvl w:val="0"/>
          <w:numId w:val="22"/>
        </w:numPr>
        <w:spacing w:after="0"/>
        <w:ind w:left="426" w:hanging="426"/>
        <w:jc w:val="both"/>
        <w:rPr>
          <w:lang w:val="pl-PL"/>
        </w:rPr>
      </w:pPr>
      <w:r w:rsidRPr="001732C9">
        <w:rPr>
          <w:lang w:val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1732C9">
        <w:rPr>
          <w:lang w:val="pl-PL"/>
        </w:rPr>
        <w:t>poźn</w:t>
      </w:r>
      <w:proofErr w:type="spellEnd"/>
      <w:r w:rsidRPr="001732C9">
        <w:rPr>
          <w:lang w:val="pl-PL"/>
        </w:rPr>
        <w:t>. zm.).</w:t>
      </w:r>
    </w:p>
    <w:p w14:paraId="6113D5A9" w14:textId="77777777" w:rsidR="001732C9" w:rsidRDefault="001732C9" w:rsidP="00EE3910">
      <w:pPr>
        <w:spacing w:after="0"/>
        <w:jc w:val="center"/>
        <w:rPr>
          <w:lang w:val="pl-PL"/>
        </w:rPr>
      </w:pPr>
    </w:p>
    <w:p w14:paraId="0CB33706" w14:textId="2EF3FBE9" w:rsidR="00EE3910" w:rsidRPr="00D05FDC" w:rsidRDefault="008F781F" w:rsidP="00EE3910">
      <w:pPr>
        <w:spacing w:after="0"/>
        <w:jc w:val="center"/>
        <w:rPr>
          <w:lang w:val="pl-PL"/>
        </w:rPr>
      </w:pPr>
      <w:r w:rsidRPr="00D05FDC">
        <w:rPr>
          <w:lang w:val="pl-PL"/>
        </w:rPr>
        <w:t xml:space="preserve">§ 9 </w:t>
      </w:r>
      <w:r w:rsidRPr="00D05FDC">
        <w:rPr>
          <w:lang w:val="pl-PL"/>
        </w:rPr>
        <w:br/>
        <w:t>WŁAŚCIWOŚĆ SĄDU</w:t>
      </w:r>
    </w:p>
    <w:p w14:paraId="15B8D827" w14:textId="3E7C7EAC" w:rsidR="00EE3910" w:rsidRPr="00D05FDC" w:rsidRDefault="008F781F" w:rsidP="00BD4EFF">
      <w:pPr>
        <w:spacing w:after="0"/>
        <w:jc w:val="both"/>
        <w:rPr>
          <w:lang w:val="pl-PL"/>
        </w:rPr>
      </w:pPr>
      <w:r w:rsidRPr="00D05FDC">
        <w:rPr>
          <w:lang w:val="pl-PL"/>
        </w:rPr>
        <w:t xml:space="preserve">Spory mogące powstać w związku z zawarciem lub wykonaniem niniejszej umowy strony poddają pod rozstrzygnięcie sądowi miejscowo właściwemu dla siedziby Zamawiającego. </w:t>
      </w:r>
    </w:p>
    <w:p w14:paraId="60CCCF36" w14:textId="2C364607" w:rsidR="00EE3910" w:rsidRPr="00D05FDC" w:rsidRDefault="008F781F" w:rsidP="00EE3910">
      <w:pPr>
        <w:spacing w:after="0"/>
        <w:jc w:val="center"/>
        <w:rPr>
          <w:lang w:val="pl-PL"/>
        </w:rPr>
      </w:pPr>
      <w:r w:rsidRPr="00D05FDC">
        <w:rPr>
          <w:lang w:val="pl-PL"/>
        </w:rPr>
        <w:br/>
        <w:t xml:space="preserve">§ 10 </w:t>
      </w:r>
      <w:r w:rsidRPr="00D05FDC">
        <w:rPr>
          <w:lang w:val="pl-PL"/>
        </w:rPr>
        <w:br/>
        <w:t>POSTANOWIENIA KOŃCOWE</w:t>
      </w:r>
    </w:p>
    <w:p w14:paraId="1A5F5380" w14:textId="77777777" w:rsidR="00D35B50" w:rsidRPr="00D35B50" w:rsidRDefault="008F781F" w:rsidP="001732C9">
      <w:pPr>
        <w:pStyle w:val="Akapitzlist"/>
        <w:numPr>
          <w:ilvl w:val="0"/>
          <w:numId w:val="28"/>
        </w:numPr>
        <w:spacing w:after="0"/>
        <w:ind w:left="426" w:hanging="426"/>
        <w:jc w:val="both"/>
        <w:rPr>
          <w:lang w:val="pl-PL"/>
        </w:rPr>
      </w:pPr>
      <w:r w:rsidRPr="00D35B50">
        <w:rPr>
          <w:lang w:val="pl-PL"/>
        </w:rPr>
        <w:t>W sprawach nieuregulowanych niniejszą umową stosuje się przepisy pow</w:t>
      </w:r>
      <w:r w:rsidR="00BD4EFF" w:rsidRPr="00D35B50">
        <w:rPr>
          <w:lang w:val="pl-PL"/>
        </w:rPr>
        <w:t>szechnie obowiązującego prawa w </w:t>
      </w:r>
      <w:r w:rsidRPr="00D35B50">
        <w:rPr>
          <w:lang w:val="pl-PL"/>
        </w:rPr>
        <w:t>tym p</w:t>
      </w:r>
      <w:r w:rsidR="00BD4EFF" w:rsidRPr="00D35B50">
        <w:rPr>
          <w:lang w:val="pl-PL"/>
        </w:rPr>
        <w:t>rzepisy Kodeksu Cywilnego</w:t>
      </w:r>
      <w:r w:rsidR="00D35B50" w:rsidRPr="00D35B50">
        <w:rPr>
          <w:lang w:val="pl-PL"/>
        </w:rPr>
        <w:t xml:space="preserve"> i  ustawy z dnia 11 września 2019 r.– Prawo zamówień publicznych ((Dz. U. z 2024 r. poz. 1320 z późn. zm.).</w:t>
      </w:r>
    </w:p>
    <w:p w14:paraId="5A77A3C0" w14:textId="77777777" w:rsidR="00BD4EFF" w:rsidRPr="00D05FDC" w:rsidRDefault="008F781F" w:rsidP="00BD4EFF">
      <w:pPr>
        <w:pStyle w:val="Akapitzlist"/>
        <w:numPr>
          <w:ilvl w:val="0"/>
          <w:numId w:val="28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>Umowa została sporządzona w jednym egzemplarzu podpisywanym elektronic</w:t>
      </w:r>
      <w:r w:rsidR="00BD4EFF" w:rsidRPr="00D05FDC">
        <w:rPr>
          <w:lang w:val="pl-PL"/>
        </w:rPr>
        <w:t>znie przez każdą ze stron.</w:t>
      </w:r>
    </w:p>
    <w:p w14:paraId="5C60B6E1" w14:textId="77777777" w:rsidR="00BD4EFF" w:rsidRPr="00D05FDC" w:rsidRDefault="008F781F" w:rsidP="00BD4EFF">
      <w:pPr>
        <w:pStyle w:val="Akapitzlist"/>
        <w:numPr>
          <w:ilvl w:val="0"/>
          <w:numId w:val="28"/>
        </w:numPr>
        <w:spacing w:after="0"/>
        <w:ind w:left="426" w:hanging="426"/>
        <w:jc w:val="both"/>
        <w:rPr>
          <w:lang w:val="pl-PL"/>
        </w:rPr>
      </w:pPr>
      <w:r w:rsidRPr="00D05FDC">
        <w:rPr>
          <w:lang w:val="pl-PL"/>
        </w:rPr>
        <w:t xml:space="preserve">Integralną część umowy stanowią następujące załączniki:  </w:t>
      </w:r>
    </w:p>
    <w:p w14:paraId="3D3A0659" w14:textId="37F043F6" w:rsidR="00BD4EFF" w:rsidRPr="00D05FDC" w:rsidRDefault="008F781F" w:rsidP="00BD4EFF">
      <w:pPr>
        <w:pStyle w:val="Akapitzlist"/>
        <w:numPr>
          <w:ilvl w:val="0"/>
          <w:numId w:val="29"/>
        </w:numPr>
        <w:spacing w:after="0"/>
        <w:ind w:left="851" w:hanging="425"/>
        <w:rPr>
          <w:lang w:val="pl-PL"/>
        </w:rPr>
      </w:pPr>
      <w:r w:rsidRPr="00D05FDC">
        <w:rPr>
          <w:lang w:val="pl-PL"/>
        </w:rPr>
        <w:t xml:space="preserve">Oferta  </w:t>
      </w:r>
    </w:p>
    <w:p w14:paraId="1BDE3985" w14:textId="610CA59B" w:rsidR="007C3C5C" w:rsidRPr="00D05FDC" w:rsidRDefault="008F781F" w:rsidP="00BD4EFF">
      <w:pPr>
        <w:pStyle w:val="Akapitzlist"/>
        <w:numPr>
          <w:ilvl w:val="0"/>
          <w:numId w:val="29"/>
        </w:numPr>
        <w:spacing w:after="0"/>
        <w:ind w:left="851" w:hanging="425"/>
        <w:rPr>
          <w:lang w:val="pl-PL"/>
        </w:rPr>
      </w:pPr>
      <w:r w:rsidRPr="00D05FDC">
        <w:rPr>
          <w:lang w:val="pl-PL"/>
        </w:rPr>
        <w:t xml:space="preserve">Specyfikacja  </w:t>
      </w:r>
      <w:r w:rsidRPr="00D05FDC">
        <w:rPr>
          <w:lang w:val="pl-PL"/>
        </w:rPr>
        <w:br/>
        <w:t xml:space="preserve"> </w:t>
      </w:r>
      <w:r w:rsidRPr="00D05FDC">
        <w:rPr>
          <w:lang w:val="pl-PL"/>
        </w:rPr>
        <w:br/>
        <w:t xml:space="preserve"> </w:t>
      </w:r>
      <w:r w:rsidRPr="00D05FDC">
        <w:rPr>
          <w:lang w:val="pl-PL"/>
        </w:rPr>
        <w:br/>
        <w:t xml:space="preserve">ZAMAWIAJĄCY:                 </w:t>
      </w:r>
      <w:r w:rsidR="00EE3910" w:rsidRPr="00D05FDC">
        <w:rPr>
          <w:lang w:val="pl-PL"/>
        </w:rPr>
        <w:t xml:space="preserve">                                                                                             </w:t>
      </w:r>
      <w:r w:rsidRPr="00D05FDC">
        <w:rPr>
          <w:lang w:val="pl-PL"/>
        </w:rPr>
        <w:t xml:space="preserve">          WYKONAWCA:  </w:t>
      </w:r>
      <w:r w:rsidRPr="00D05FDC">
        <w:rPr>
          <w:lang w:val="pl-PL"/>
        </w:rPr>
        <w:br/>
        <w:t xml:space="preserve"> </w:t>
      </w:r>
    </w:p>
    <w:sectPr w:rsidR="007C3C5C" w:rsidRPr="00D05FDC" w:rsidSect="0064008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D454C9"/>
    <w:multiLevelType w:val="hybridMultilevel"/>
    <w:tmpl w:val="CFA8D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D4E61"/>
    <w:multiLevelType w:val="hybridMultilevel"/>
    <w:tmpl w:val="4D0651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935B8"/>
    <w:multiLevelType w:val="hybridMultilevel"/>
    <w:tmpl w:val="3E0E1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42349"/>
    <w:multiLevelType w:val="hybridMultilevel"/>
    <w:tmpl w:val="0B12123A"/>
    <w:lvl w:ilvl="0" w:tplc="42787F6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10499"/>
    <w:multiLevelType w:val="hybridMultilevel"/>
    <w:tmpl w:val="35964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16E0E"/>
    <w:multiLevelType w:val="hybridMultilevel"/>
    <w:tmpl w:val="E654BF02"/>
    <w:lvl w:ilvl="0" w:tplc="AA1EBCE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F758D"/>
    <w:multiLevelType w:val="hybridMultilevel"/>
    <w:tmpl w:val="0010A2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62B2F"/>
    <w:multiLevelType w:val="hybridMultilevel"/>
    <w:tmpl w:val="B60210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E540FC"/>
    <w:multiLevelType w:val="hybridMultilevel"/>
    <w:tmpl w:val="BC489C5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90705E"/>
    <w:multiLevelType w:val="hybridMultilevel"/>
    <w:tmpl w:val="FEA8407A"/>
    <w:lvl w:ilvl="0" w:tplc="3C5857F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E81912"/>
    <w:multiLevelType w:val="hybridMultilevel"/>
    <w:tmpl w:val="2C5EA0A8"/>
    <w:lvl w:ilvl="0" w:tplc="6A3CE38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ED775F"/>
    <w:multiLevelType w:val="hybridMultilevel"/>
    <w:tmpl w:val="94368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1B1263"/>
    <w:multiLevelType w:val="hybridMultilevel"/>
    <w:tmpl w:val="5AF497DA"/>
    <w:lvl w:ilvl="0" w:tplc="357E74D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0D8383E"/>
    <w:multiLevelType w:val="hybridMultilevel"/>
    <w:tmpl w:val="0A026966"/>
    <w:lvl w:ilvl="0" w:tplc="ABC64E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30352EA"/>
    <w:multiLevelType w:val="hybridMultilevel"/>
    <w:tmpl w:val="5BE014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736BE"/>
    <w:multiLevelType w:val="hybridMultilevel"/>
    <w:tmpl w:val="BAE0A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761E47"/>
    <w:multiLevelType w:val="hybridMultilevel"/>
    <w:tmpl w:val="733AED5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DD20179"/>
    <w:multiLevelType w:val="multilevel"/>
    <w:tmpl w:val="3F8C50B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 w15:restartNumberingAfterBreak="0">
    <w:nsid w:val="66407D5D"/>
    <w:multiLevelType w:val="hybridMultilevel"/>
    <w:tmpl w:val="69F67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2333D6"/>
    <w:multiLevelType w:val="hybridMultilevel"/>
    <w:tmpl w:val="889EB4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6C00002E"/>
    <w:multiLevelType w:val="hybridMultilevel"/>
    <w:tmpl w:val="CEA2B626"/>
    <w:lvl w:ilvl="0" w:tplc="CBFABB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34D334A"/>
    <w:multiLevelType w:val="multilevel"/>
    <w:tmpl w:val="A914F570"/>
    <w:lvl w:ilvl="0">
      <w:start w:val="1"/>
      <w:numFmt w:val="decimal"/>
      <w:lvlText w:val="%1."/>
      <w:lvlJc w:val="left"/>
      <w:pPr>
        <w:tabs>
          <w:tab w:val="num" w:pos="0"/>
        </w:tabs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31" w15:restartNumberingAfterBreak="0">
    <w:nsid w:val="7B8274AA"/>
    <w:multiLevelType w:val="hybridMultilevel"/>
    <w:tmpl w:val="03E0E9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9"/>
  </w:num>
  <w:num w:numId="12">
    <w:abstractNumId w:val="16"/>
  </w:num>
  <w:num w:numId="13">
    <w:abstractNumId w:val="31"/>
  </w:num>
  <w:num w:numId="14">
    <w:abstractNumId w:val="17"/>
  </w:num>
  <w:num w:numId="15">
    <w:abstractNumId w:val="29"/>
  </w:num>
  <w:num w:numId="16">
    <w:abstractNumId w:val="28"/>
  </w:num>
  <w:num w:numId="17">
    <w:abstractNumId w:val="21"/>
  </w:num>
  <w:num w:numId="18">
    <w:abstractNumId w:val="22"/>
  </w:num>
  <w:num w:numId="19">
    <w:abstractNumId w:val="11"/>
  </w:num>
  <w:num w:numId="20">
    <w:abstractNumId w:val="15"/>
  </w:num>
  <w:num w:numId="21">
    <w:abstractNumId w:val="14"/>
  </w:num>
  <w:num w:numId="22">
    <w:abstractNumId w:val="18"/>
  </w:num>
  <w:num w:numId="23">
    <w:abstractNumId w:val="24"/>
  </w:num>
  <w:num w:numId="24">
    <w:abstractNumId w:val="23"/>
  </w:num>
  <w:num w:numId="25">
    <w:abstractNumId w:val="12"/>
  </w:num>
  <w:num w:numId="26">
    <w:abstractNumId w:val="27"/>
  </w:num>
  <w:num w:numId="27">
    <w:abstractNumId w:val="20"/>
  </w:num>
  <w:num w:numId="28">
    <w:abstractNumId w:val="9"/>
  </w:num>
  <w:num w:numId="29">
    <w:abstractNumId w:val="25"/>
  </w:num>
  <w:num w:numId="30">
    <w:abstractNumId w:val="13"/>
  </w:num>
  <w:num w:numId="31">
    <w:abstractNumId w:val="30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2326"/>
    <w:rsid w:val="00124710"/>
    <w:rsid w:val="001274E0"/>
    <w:rsid w:val="00137F6B"/>
    <w:rsid w:val="0015074B"/>
    <w:rsid w:val="00164840"/>
    <w:rsid w:val="001732C9"/>
    <w:rsid w:val="0019114E"/>
    <w:rsid w:val="001F52CD"/>
    <w:rsid w:val="0029639D"/>
    <w:rsid w:val="002B6890"/>
    <w:rsid w:val="002D1D0B"/>
    <w:rsid w:val="00326F90"/>
    <w:rsid w:val="00340CDC"/>
    <w:rsid w:val="00384CE6"/>
    <w:rsid w:val="00423D22"/>
    <w:rsid w:val="0064008C"/>
    <w:rsid w:val="006F2829"/>
    <w:rsid w:val="007C3C5C"/>
    <w:rsid w:val="008069B4"/>
    <w:rsid w:val="00830812"/>
    <w:rsid w:val="00870A5E"/>
    <w:rsid w:val="008F781F"/>
    <w:rsid w:val="0095027D"/>
    <w:rsid w:val="00AA1D8D"/>
    <w:rsid w:val="00B26512"/>
    <w:rsid w:val="00B47730"/>
    <w:rsid w:val="00BA2957"/>
    <w:rsid w:val="00BD147E"/>
    <w:rsid w:val="00BD4EFF"/>
    <w:rsid w:val="00C21C07"/>
    <w:rsid w:val="00C37BD5"/>
    <w:rsid w:val="00C610DA"/>
    <w:rsid w:val="00C93033"/>
    <w:rsid w:val="00CA09A7"/>
    <w:rsid w:val="00CB0664"/>
    <w:rsid w:val="00D05FDC"/>
    <w:rsid w:val="00D35B50"/>
    <w:rsid w:val="00D75F04"/>
    <w:rsid w:val="00DD1AAA"/>
    <w:rsid w:val="00E401EB"/>
    <w:rsid w:val="00EE3910"/>
    <w:rsid w:val="00F64238"/>
    <w:rsid w:val="00FC693F"/>
    <w:rsid w:val="00FD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EF95DD"/>
  <w14:defaultImageDpi w14:val="330"/>
  <w15:docId w15:val="{E304E6E8-C981-4CE6-BD83-A1BCB4F8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2D1D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1D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1D0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1D0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1D0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D0B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911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934FD7A-767E-4001-873F-BC3341221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1606</Words>
  <Characters>9638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11222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Anita Brunowicz</cp:lastModifiedBy>
  <cp:revision>4</cp:revision>
  <cp:lastPrinted>2025-09-25T09:58:00Z</cp:lastPrinted>
  <dcterms:created xsi:type="dcterms:W3CDTF">2025-09-25T09:49:00Z</dcterms:created>
  <dcterms:modified xsi:type="dcterms:W3CDTF">2025-09-25T09:58:00Z</dcterms:modified>
  <cp:category/>
</cp:coreProperties>
</file>